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71F0C" w14:textId="37C6448F" w:rsidR="002775AB" w:rsidRDefault="00000000">
      <w:pPr>
        <w:spacing w:after="100"/>
      </w:pPr>
      <w:r>
        <w:rPr>
          <w:i/>
          <w:color w:val="666666"/>
          <w:sz w:val="16"/>
        </w:rPr>
        <w:t>.</w:t>
      </w:r>
    </w:p>
    <w:p w14:paraId="3A1F11AA" w14:textId="77777777" w:rsidR="002775AB" w:rsidRDefault="002775AB"/>
    <w:p w14:paraId="73DDB8ED" w14:textId="77777777" w:rsidR="00005268" w:rsidRDefault="00005268"/>
    <w:p w14:paraId="222C5D10" w14:textId="77777777" w:rsidR="00005268" w:rsidRDefault="00005268"/>
    <w:p w14:paraId="284905B7" w14:textId="77777777" w:rsidR="00005268" w:rsidRDefault="00005268"/>
    <w:p w14:paraId="38555443" w14:textId="77777777" w:rsidR="00005268" w:rsidRDefault="00005268"/>
    <w:p w14:paraId="3F2E13A6" w14:textId="77777777" w:rsidR="00005268" w:rsidRDefault="00005268"/>
    <w:p w14:paraId="781FE0D2" w14:textId="77777777" w:rsidR="00005268" w:rsidRDefault="00005268"/>
    <w:p w14:paraId="1E2F39AC" w14:textId="1C65A64B" w:rsidR="00005268" w:rsidRPr="009859D3" w:rsidRDefault="00005268" w:rsidP="00005268">
      <w:pPr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Nomor</w:t>
      </w:r>
      <w:r w:rsidRPr="009859D3">
        <w:rPr>
          <w:rFonts w:cs="Times New Roman"/>
          <w:lang w:val="sv-SE"/>
        </w:rPr>
        <w:tab/>
      </w:r>
      <w:r w:rsidRPr="009859D3">
        <w:rPr>
          <w:lang w:val="da-DK"/>
        </w:rPr>
        <w:t>:    /</w:t>
      </w:r>
      <w:r w:rsidRPr="009859D3">
        <w:rPr>
          <w:lang w:val="sv-SE"/>
        </w:rPr>
        <w:t>II.3.AU</w:t>
      </w:r>
      <w:r w:rsidRPr="009859D3">
        <w:rPr>
          <w:lang w:val="da-DK"/>
        </w:rPr>
        <w:t>/08.00/B/</w:t>
      </w:r>
      <w:r>
        <w:rPr>
          <w:lang w:val="da-DK"/>
        </w:rPr>
        <w:t>IZN</w:t>
      </w:r>
      <w:r w:rsidRPr="009859D3">
        <w:rPr>
          <w:lang w:val="da-DK"/>
        </w:rPr>
        <w:t>/       /</w:t>
      </w:r>
      <w:r w:rsidRPr="009859D3">
        <w:rPr>
          <w:rFonts w:cs="Times New Roman"/>
          <w:color w:val="FF0000"/>
          <w:lang w:val="sv-SE"/>
        </w:rPr>
        <w:t xml:space="preserve">        (Kosongi yang mengisi admin Fakultas)</w:t>
      </w:r>
    </w:p>
    <w:p w14:paraId="14C43D6D" w14:textId="77777777" w:rsidR="00005268" w:rsidRPr="009859D3" w:rsidRDefault="00005268" w:rsidP="00005268">
      <w:pPr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Lamp</w:t>
      </w:r>
      <w:r w:rsidRPr="009859D3">
        <w:rPr>
          <w:rFonts w:cs="Times New Roman"/>
          <w:lang w:val="sv-SE"/>
        </w:rPr>
        <w:tab/>
        <w:t>:  --</w:t>
      </w:r>
    </w:p>
    <w:p w14:paraId="0EDCDBBF" w14:textId="47752C14" w:rsidR="00005268" w:rsidRDefault="00005268" w:rsidP="00005268">
      <w:pPr>
        <w:rPr>
          <w:b/>
          <w:lang w:val="sv-SE"/>
        </w:rPr>
      </w:pPr>
      <w:r w:rsidRPr="009859D3">
        <w:rPr>
          <w:rFonts w:cs="Times New Roman"/>
          <w:lang w:val="sv-SE"/>
        </w:rPr>
        <w:t>Hal</w:t>
      </w:r>
      <w:r w:rsidRPr="009859D3">
        <w:rPr>
          <w:rFonts w:cs="Times New Roman"/>
          <w:lang w:val="sv-SE"/>
        </w:rPr>
        <w:tab/>
        <w:t xml:space="preserve">: </w:t>
      </w:r>
      <w:r w:rsidRPr="009859D3">
        <w:rPr>
          <w:b/>
          <w:lang w:val="sv-SE"/>
        </w:rPr>
        <w:t>Permohonan Izin Pelaksanaan Projek Kepemimpinan</w:t>
      </w:r>
    </w:p>
    <w:p w14:paraId="63564431" w14:textId="77777777" w:rsidR="00005268" w:rsidRPr="00005268" w:rsidRDefault="00005268" w:rsidP="00005268">
      <w:pPr>
        <w:rPr>
          <w:lang w:val="sv-SE"/>
        </w:rPr>
      </w:pPr>
    </w:p>
    <w:p w14:paraId="54F56DA4" w14:textId="77777777" w:rsidR="002775AB" w:rsidRPr="00005268" w:rsidRDefault="00000000">
      <w:pPr>
        <w:rPr>
          <w:color w:val="EE0000"/>
          <w:lang w:val="sv-SE"/>
        </w:rPr>
      </w:pPr>
      <w:r w:rsidRPr="00005268">
        <w:rPr>
          <w:b/>
          <w:bCs/>
          <w:lang w:val="sv-SE"/>
        </w:rPr>
        <w:t>Yth.</w:t>
      </w:r>
      <w:r w:rsidRPr="00005268">
        <w:rPr>
          <w:lang w:val="sv-SE"/>
        </w:rPr>
        <w:t xml:space="preserve"> </w:t>
      </w:r>
      <w:r w:rsidRPr="00005268">
        <w:rPr>
          <w:b/>
          <w:color w:val="EE0000"/>
          <w:lang w:val="sv-SE"/>
        </w:rPr>
        <w:t>[Kepala Desa/Lurah/Pengelola Lokasi/Pihak Berwenang]</w:t>
      </w:r>
    </w:p>
    <w:p w14:paraId="667BFFF9" w14:textId="77777777" w:rsidR="002775AB" w:rsidRPr="00005268" w:rsidRDefault="00000000">
      <w:pPr>
        <w:rPr>
          <w:b/>
          <w:bCs/>
          <w:lang w:val="sv-SE"/>
        </w:rPr>
      </w:pPr>
      <w:r w:rsidRPr="00005268">
        <w:rPr>
          <w:b/>
          <w:bCs/>
          <w:color w:val="EE0000"/>
          <w:lang w:val="sv-SE"/>
        </w:rPr>
        <w:t>[Alamat]</w:t>
      </w:r>
    </w:p>
    <w:p w14:paraId="3E17D3AA" w14:textId="77777777" w:rsidR="002775AB" w:rsidRDefault="00000000">
      <w:pPr>
        <w:rPr>
          <w:lang w:val="sv-SE"/>
        </w:rPr>
      </w:pPr>
      <w:r w:rsidRPr="00005268">
        <w:rPr>
          <w:lang w:val="sv-SE"/>
        </w:rPr>
        <w:t>di tempat</w:t>
      </w:r>
    </w:p>
    <w:p w14:paraId="0B28FF98" w14:textId="77777777" w:rsidR="00005268" w:rsidRPr="00005268" w:rsidRDefault="00005268">
      <w:pPr>
        <w:rPr>
          <w:lang w:val="sv-SE"/>
        </w:rPr>
      </w:pPr>
    </w:p>
    <w:p w14:paraId="3320034A" w14:textId="77777777" w:rsidR="002775AB" w:rsidRPr="00005268" w:rsidRDefault="00000000">
      <w:pPr>
        <w:spacing w:before="100" w:after="100"/>
        <w:rPr>
          <w:lang w:val="sv-SE"/>
        </w:rPr>
      </w:pPr>
      <w:r w:rsidRPr="00005268">
        <w:rPr>
          <w:i/>
          <w:lang w:val="sv-SE"/>
        </w:rPr>
        <w:t>Assalamu'alaikum warahmatullahi wabarakatuh</w:t>
      </w:r>
    </w:p>
    <w:p w14:paraId="6E2B0240" w14:textId="29603B9D" w:rsidR="002775AB" w:rsidRPr="00005268" w:rsidRDefault="00000000">
      <w:pPr>
        <w:spacing w:after="100" w:line="276" w:lineRule="auto"/>
        <w:ind w:firstLine="510"/>
        <w:jc w:val="both"/>
        <w:rPr>
          <w:lang w:val="sv-SE"/>
        </w:rPr>
      </w:pPr>
      <w:r w:rsidRPr="00005268">
        <w:rPr>
          <w:lang w:val="sv-SE"/>
        </w:rPr>
        <w:t xml:space="preserve">Dalam rangka pelaksanaan Mata Kuliah Projek Kepemimpinan Program Studi Pendidikan Profesi Guru (PPG) Calon Guru </w:t>
      </w:r>
      <w:r w:rsidRPr="00005268">
        <w:rPr>
          <w:color w:val="EE0000"/>
          <w:lang w:val="sv-SE"/>
        </w:rPr>
        <w:t>Gelombang 1 Semester 2 Tahun 2026</w:t>
      </w:r>
      <w:r w:rsidR="00005268" w:rsidRPr="00005268">
        <w:rPr>
          <w:color w:val="EE0000"/>
          <w:lang w:val="sv-SE"/>
        </w:rPr>
        <w:t>[disesuaikan]</w:t>
      </w:r>
      <w:r w:rsidRPr="00005268">
        <w:rPr>
          <w:lang w:val="sv-SE"/>
        </w:rPr>
        <w:t>, Fakultas Pendidikan dan Studi Islam Universitas Muhammadiyah Sidoarjo, kelompok mahasiswa akan melaksanakan kegiatan yang melibatkan [</w:t>
      </w:r>
      <w:r w:rsidRPr="00005268">
        <w:rPr>
          <w:color w:val="EE0000"/>
          <w:lang w:val="sv-SE"/>
        </w:rPr>
        <w:t>masyarakat/peserta umum/penggunaan lokasi khusus</w:t>
      </w:r>
      <w:r w:rsidRPr="00005268">
        <w:rPr>
          <w:lang w:val="sv-SE"/>
        </w:rPr>
        <w:t>].</w:t>
      </w:r>
    </w:p>
    <w:p w14:paraId="03023F53" w14:textId="77777777" w:rsidR="002775AB" w:rsidRDefault="00000000">
      <w:pPr>
        <w:spacing w:after="100" w:line="276" w:lineRule="auto"/>
        <w:jc w:val="both"/>
        <w:rPr>
          <w:lang w:val="sv-SE"/>
        </w:rPr>
      </w:pPr>
      <w:r w:rsidRPr="00005268">
        <w:rPr>
          <w:lang w:val="sv-SE"/>
        </w:rPr>
        <w:t>Sehubungan dengan hal tersebut, kami memohon izin sekaligus menyampaikan pemberitahuan pelaksanaan kegiatan sebagai berikut:</w:t>
      </w:r>
    </w:p>
    <w:p w14:paraId="61B0229D" w14:textId="77777777" w:rsidR="00005268" w:rsidRDefault="00005268">
      <w:pPr>
        <w:spacing w:after="100" w:line="276" w:lineRule="auto"/>
        <w:jc w:val="both"/>
        <w:rPr>
          <w:lang w:val="sv-SE"/>
        </w:rPr>
      </w:pPr>
    </w:p>
    <w:p w14:paraId="41E5CB6C" w14:textId="503F39C7" w:rsidR="00005268" w:rsidRDefault="00005268" w:rsidP="00005268">
      <w:pPr>
        <w:spacing w:after="100"/>
        <w:jc w:val="both"/>
        <w:rPr>
          <w:color w:val="EE0000"/>
          <w:sz w:val="20"/>
          <w:lang w:val="sv-SE"/>
        </w:rPr>
      </w:pPr>
      <w:r w:rsidRPr="00005268">
        <w:rPr>
          <w:b/>
          <w:sz w:val="20"/>
          <w:lang w:val="sv-SE"/>
        </w:rPr>
        <w:t>Nama Kegiatan</w:t>
      </w:r>
      <w:r w:rsidRPr="00005268"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ab/>
      </w:r>
      <w:r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 xml:space="preserve">: </w:t>
      </w:r>
      <w:r w:rsidRPr="00005268">
        <w:rPr>
          <w:color w:val="EE0000"/>
          <w:sz w:val="20"/>
          <w:lang w:val="sv-SE"/>
        </w:rPr>
        <w:t>[Nama kegiatan/projek]</w:t>
      </w:r>
    </w:p>
    <w:p w14:paraId="67CFD2DD" w14:textId="5101E1C6" w:rsidR="00005268" w:rsidRDefault="00005268" w:rsidP="00005268">
      <w:pPr>
        <w:spacing w:after="100"/>
        <w:jc w:val="both"/>
        <w:rPr>
          <w:sz w:val="20"/>
        </w:rPr>
      </w:pPr>
      <w:r>
        <w:rPr>
          <w:b/>
          <w:sz w:val="20"/>
        </w:rPr>
        <w:t>Hari/</w:t>
      </w:r>
      <w:proofErr w:type="spellStart"/>
      <w:r>
        <w:rPr>
          <w:b/>
          <w:sz w:val="20"/>
        </w:rPr>
        <w:t>Tanggal</w:t>
      </w:r>
      <w:proofErr w:type="spellEnd"/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:</w:t>
      </w:r>
      <w:r>
        <w:t xml:space="preserve"> </w:t>
      </w:r>
      <w:r w:rsidRPr="00005268">
        <w:rPr>
          <w:color w:val="EE0000"/>
          <w:sz w:val="20"/>
        </w:rPr>
        <w:t xml:space="preserve">[Hari, </w:t>
      </w:r>
      <w:proofErr w:type="spellStart"/>
      <w:r w:rsidRPr="00005268">
        <w:rPr>
          <w:color w:val="EE0000"/>
          <w:sz w:val="20"/>
        </w:rPr>
        <w:t>tanggal</w:t>
      </w:r>
      <w:proofErr w:type="spellEnd"/>
      <w:r w:rsidRPr="00005268">
        <w:rPr>
          <w:color w:val="EE0000"/>
          <w:sz w:val="20"/>
        </w:rPr>
        <w:t>]</w:t>
      </w:r>
    </w:p>
    <w:p w14:paraId="38BB1FE4" w14:textId="1E9B9077" w:rsidR="00005268" w:rsidRDefault="00005268" w:rsidP="00005268">
      <w:pPr>
        <w:spacing w:after="100"/>
        <w:jc w:val="both"/>
        <w:rPr>
          <w:color w:val="EE0000"/>
          <w:sz w:val="20"/>
        </w:rPr>
      </w:pPr>
      <w:r>
        <w:rPr>
          <w:b/>
          <w:sz w:val="20"/>
        </w:rPr>
        <w:t>Waktu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: </w:t>
      </w:r>
      <w:r w:rsidRPr="00005268">
        <w:rPr>
          <w:color w:val="EE0000"/>
          <w:sz w:val="20"/>
        </w:rPr>
        <w:t>[</w:t>
      </w:r>
      <w:proofErr w:type="spellStart"/>
      <w:r w:rsidRPr="00005268">
        <w:rPr>
          <w:color w:val="EE0000"/>
          <w:sz w:val="20"/>
        </w:rPr>
        <w:t>Pukul</w:t>
      </w:r>
      <w:proofErr w:type="spellEnd"/>
      <w:r w:rsidRPr="00005268">
        <w:rPr>
          <w:color w:val="EE0000"/>
          <w:sz w:val="20"/>
        </w:rPr>
        <w:t>]</w:t>
      </w:r>
    </w:p>
    <w:p w14:paraId="727CC836" w14:textId="41A97FE0" w:rsidR="00005268" w:rsidRDefault="00005268" w:rsidP="00005268">
      <w:pPr>
        <w:spacing w:after="100"/>
        <w:jc w:val="both"/>
        <w:rPr>
          <w:color w:val="EE0000"/>
          <w:sz w:val="20"/>
        </w:rPr>
      </w:pPr>
      <w:proofErr w:type="spellStart"/>
      <w:r>
        <w:rPr>
          <w:b/>
          <w:sz w:val="20"/>
        </w:rPr>
        <w:t>Tempat</w:t>
      </w:r>
      <w:proofErr w:type="spellEnd"/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: </w:t>
      </w:r>
      <w:r w:rsidRPr="00005268">
        <w:rPr>
          <w:color w:val="EE0000"/>
          <w:sz w:val="20"/>
        </w:rPr>
        <w:t>[Lokasi]</w:t>
      </w:r>
    </w:p>
    <w:p w14:paraId="17D5906C" w14:textId="1FEF7D60" w:rsidR="00005268" w:rsidRDefault="00005268" w:rsidP="00005268">
      <w:pPr>
        <w:spacing w:after="100"/>
        <w:jc w:val="both"/>
        <w:rPr>
          <w:color w:val="EE0000"/>
          <w:sz w:val="20"/>
          <w:lang w:val="sv-SE"/>
        </w:rPr>
      </w:pPr>
      <w:r w:rsidRPr="00005268">
        <w:rPr>
          <w:b/>
          <w:sz w:val="20"/>
          <w:lang w:val="sv-SE"/>
        </w:rPr>
        <w:t>Peserta/Sasaran</w:t>
      </w:r>
      <w:r w:rsidRPr="00005268"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ab/>
      </w:r>
      <w:r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 xml:space="preserve">: </w:t>
      </w:r>
      <w:r w:rsidRPr="00005268">
        <w:rPr>
          <w:color w:val="EE0000"/>
          <w:sz w:val="20"/>
          <w:lang w:val="sv-SE"/>
        </w:rPr>
        <w:t>[Perkiraan jumlah dan sasaran]</w:t>
      </w:r>
    </w:p>
    <w:p w14:paraId="7BB3A86E" w14:textId="62DF8AF2" w:rsidR="00005268" w:rsidRDefault="00005268" w:rsidP="00005268">
      <w:pPr>
        <w:spacing w:after="100"/>
        <w:jc w:val="both"/>
        <w:rPr>
          <w:color w:val="EE0000"/>
          <w:sz w:val="20"/>
          <w:lang w:val="sv-SE"/>
        </w:rPr>
      </w:pPr>
      <w:r w:rsidRPr="00005268">
        <w:rPr>
          <w:b/>
          <w:sz w:val="20"/>
          <w:lang w:val="sv-SE"/>
        </w:rPr>
        <w:t>Penanggung Jawab Lapangan</w:t>
      </w:r>
      <w:r w:rsidRPr="00005268">
        <w:rPr>
          <w:b/>
          <w:sz w:val="20"/>
          <w:lang w:val="sv-SE"/>
        </w:rPr>
        <w:tab/>
        <w:t>:</w:t>
      </w:r>
      <w:r w:rsidRPr="00005268">
        <w:rPr>
          <w:sz w:val="20"/>
          <w:lang w:val="sv-SE"/>
        </w:rPr>
        <w:t xml:space="preserve"> </w:t>
      </w:r>
      <w:r w:rsidRPr="00005268">
        <w:rPr>
          <w:color w:val="EE0000"/>
          <w:sz w:val="20"/>
          <w:lang w:val="sv-SE"/>
        </w:rPr>
        <w:t>[Nama ketua/PIC dan nomor kontak]</w:t>
      </w:r>
    </w:p>
    <w:p w14:paraId="6C1B4294" w14:textId="22A03CDC" w:rsidR="00005268" w:rsidRPr="00005268" w:rsidRDefault="00005268" w:rsidP="00005268">
      <w:pPr>
        <w:spacing w:after="100"/>
        <w:jc w:val="both"/>
        <w:rPr>
          <w:color w:val="EE0000"/>
          <w:sz w:val="20"/>
          <w:lang w:val="sv-SE"/>
        </w:rPr>
      </w:pPr>
      <w:r w:rsidRPr="00005268">
        <w:rPr>
          <w:b/>
          <w:sz w:val="20"/>
          <w:lang w:val="sv-SE"/>
        </w:rPr>
        <w:t>Dosen Pembimbing Projek</w:t>
      </w:r>
      <w:r w:rsidRPr="00005268">
        <w:rPr>
          <w:b/>
          <w:sz w:val="20"/>
          <w:lang w:val="sv-SE"/>
        </w:rPr>
        <w:tab/>
        <w:t>:</w:t>
      </w:r>
      <w:r w:rsidRPr="00005268">
        <w:rPr>
          <w:sz w:val="20"/>
          <w:lang w:val="sv-SE"/>
        </w:rPr>
        <w:t xml:space="preserve"> </w:t>
      </w:r>
      <w:r w:rsidRPr="00005268">
        <w:rPr>
          <w:color w:val="EE0000"/>
          <w:sz w:val="20"/>
          <w:lang w:val="sv-SE"/>
        </w:rPr>
        <w:t>[Nama DPP]</w:t>
      </w:r>
    </w:p>
    <w:p w14:paraId="0787113C" w14:textId="134BE65D" w:rsidR="00005268" w:rsidRPr="00005268" w:rsidRDefault="00005268" w:rsidP="00005268">
      <w:pPr>
        <w:spacing w:after="100"/>
        <w:jc w:val="both"/>
        <w:rPr>
          <w:color w:val="EE0000"/>
          <w:sz w:val="20"/>
          <w:lang w:val="sv-SE"/>
        </w:rPr>
      </w:pPr>
      <w:r w:rsidRPr="00005268">
        <w:rPr>
          <w:b/>
          <w:sz w:val="20"/>
          <w:lang w:val="sv-SE"/>
        </w:rPr>
        <w:t>Mitra Kegiatan</w:t>
      </w:r>
      <w:r w:rsidRPr="00005268"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ab/>
      </w:r>
      <w:r w:rsidRPr="00005268">
        <w:rPr>
          <w:b/>
          <w:sz w:val="20"/>
          <w:lang w:val="sv-SE"/>
        </w:rPr>
        <w:tab/>
        <w:t xml:space="preserve">: </w:t>
      </w:r>
      <w:r w:rsidRPr="00005268">
        <w:rPr>
          <w:color w:val="EE0000"/>
          <w:sz w:val="20"/>
          <w:lang w:val="sv-SE"/>
        </w:rPr>
        <w:t>[Nama sekolah/mitra]</w:t>
      </w:r>
    </w:p>
    <w:p w14:paraId="5D3F310E" w14:textId="77777777" w:rsidR="00005268" w:rsidRPr="00005268" w:rsidRDefault="00005268">
      <w:pPr>
        <w:spacing w:after="100" w:line="276" w:lineRule="auto"/>
        <w:jc w:val="both"/>
        <w:rPr>
          <w:lang w:val="sv-SE"/>
        </w:rPr>
      </w:pPr>
    </w:p>
    <w:p w14:paraId="169BD314" w14:textId="77777777" w:rsidR="002775AB" w:rsidRDefault="00000000" w:rsidP="00005268">
      <w:pPr>
        <w:spacing w:after="100" w:line="276" w:lineRule="auto"/>
        <w:ind w:firstLine="567"/>
        <w:jc w:val="both"/>
      </w:pPr>
      <w:r w:rsidRPr="00005268">
        <w:rPr>
          <w:lang w:val="sv-SE"/>
        </w:rPr>
        <w:t xml:space="preserve">Kelompok pelaksana berkomitmen menjaga ketertiban, kebersihan, keamanan, etika, serta mematuhi ketentuan yang berlaku di lokasi kegiatan.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dari pihak berwenang, kelompok akan menyesuaikannya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>.</w:t>
      </w:r>
    </w:p>
    <w:p w14:paraId="72FD674D" w14:textId="77777777" w:rsidR="002775AB" w:rsidRPr="00005268" w:rsidRDefault="00000000" w:rsidP="00005268">
      <w:pPr>
        <w:spacing w:after="100" w:line="276" w:lineRule="auto"/>
        <w:ind w:firstLine="567"/>
        <w:jc w:val="both"/>
        <w:rPr>
          <w:lang w:val="sv-SE"/>
        </w:rPr>
      </w:pPr>
      <w:r w:rsidRPr="00005268">
        <w:rPr>
          <w:lang w:val="sv-SE"/>
        </w:rPr>
        <w:t>Demikian permohonan/pemberitahuan ini kami sampaikan. Atas izin dan kerja sama Bapak/Ibu, kami sampaikan terima kasih.</w:t>
      </w:r>
    </w:p>
    <w:p w14:paraId="7E70E849" w14:textId="77777777" w:rsidR="002775AB" w:rsidRDefault="00000000">
      <w:pPr>
        <w:spacing w:before="120" w:after="100"/>
      </w:pPr>
      <w:proofErr w:type="spellStart"/>
      <w:r>
        <w:rPr>
          <w:i/>
        </w:rPr>
        <w:t>Wassalamu'alaikum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warahmatullahi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wabarakatuh</w:t>
      </w:r>
      <w:proofErr w:type="spellEnd"/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2775AB" w:rsidRPr="00005268" w14:paraId="23966B47" w14:textId="77777777">
        <w:trPr>
          <w:jc w:val="right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C8C2757" w14:textId="77777777" w:rsidR="002775AB" w:rsidRDefault="002775AB"/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7CE00F5" w14:textId="1D2EC06B" w:rsidR="002775AB" w:rsidRPr="00005268" w:rsidRDefault="00000000">
            <w:pPr>
              <w:rPr>
                <w:lang w:val="sv-SE"/>
              </w:rPr>
            </w:pPr>
            <w:r w:rsidRPr="00005268">
              <w:rPr>
                <w:lang w:val="sv-SE"/>
              </w:rPr>
              <w:t xml:space="preserve">Sidoarjo, </w:t>
            </w:r>
            <w:r w:rsidR="00005268" w:rsidRPr="00005268">
              <w:rPr>
                <w:color w:val="EE0000"/>
                <w:lang w:val="sv-SE"/>
              </w:rPr>
              <w:t>[TT/BB/THN]</w:t>
            </w:r>
          </w:p>
          <w:p w14:paraId="7507945D" w14:textId="77777777" w:rsidR="002775AB" w:rsidRPr="00005268" w:rsidRDefault="00000000">
            <w:pPr>
              <w:rPr>
                <w:lang w:val="sv-SE"/>
              </w:rPr>
            </w:pPr>
            <w:r w:rsidRPr="00005268">
              <w:rPr>
                <w:lang w:val="sv-SE"/>
              </w:rPr>
              <w:t>Dekan Fakultas Pendidikan dan Studi Islam</w:t>
            </w:r>
          </w:p>
          <w:p w14:paraId="3ED39A10" w14:textId="77777777" w:rsidR="002775AB" w:rsidRPr="00005268" w:rsidRDefault="002775AB">
            <w:pPr>
              <w:spacing w:after="560"/>
              <w:rPr>
                <w:lang w:val="sv-SE"/>
              </w:rPr>
            </w:pPr>
          </w:p>
          <w:p w14:paraId="56CA2F67" w14:textId="26DC679E" w:rsidR="002775AB" w:rsidRPr="00005268" w:rsidRDefault="00005268">
            <w:pPr>
              <w:rPr>
                <w:lang w:val="sv-SE"/>
              </w:rPr>
            </w:pPr>
            <w:r>
              <w:rPr>
                <w:b/>
                <w:lang w:val="sv-SE"/>
              </w:rPr>
              <w:t xml:space="preserve">Dr. Septi Budi Sartika,M.Pd. </w:t>
            </w:r>
          </w:p>
          <w:p w14:paraId="25896939" w14:textId="6906500D" w:rsidR="002775AB" w:rsidRPr="00005268" w:rsidRDefault="002775AB">
            <w:pPr>
              <w:rPr>
                <w:lang w:val="sv-SE"/>
              </w:rPr>
            </w:pPr>
          </w:p>
        </w:tc>
      </w:tr>
    </w:tbl>
    <w:p w14:paraId="5C9E45C7" w14:textId="77777777" w:rsidR="00000000" w:rsidRDefault="00000000">
      <w:pPr>
        <w:rPr>
          <w:lang w:val="sv-SE"/>
        </w:rPr>
      </w:pPr>
    </w:p>
    <w:p w14:paraId="73E7AB27" w14:textId="77777777" w:rsidR="00005268" w:rsidRDefault="00005268">
      <w:pPr>
        <w:rPr>
          <w:lang w:val="sv-SE"/>
        </w:rPr>
      </w:pPr>
    </w:p>
    <w:p w14:paraId="59228C1F" w14:textId="77777777" w:rsidR="00005268" w:rsidRDefault="00005268">
      <w:pPr>
        <w:rPr>
          <w:lang w:val="sv-SE"/>
        </w:rPr>
      </w:pPr>
    </w:p>
    <w:p w14:paraId="7C2ED5B0" w14:textId="77777777" w:rsidR="00005268" w:rsidRDefault="00005268">
      <w:pPr>
        <w:rPr>
          <w:lang w:val="sv-SE"/>
        </w:rPr>
      </w:pPr>
    </w:p>
    <w:p w14:paraId="51A31CDC" w14:textId="77777777" w:rsidR="00005268" w:rsidRDefault="00005268">
      <w:pPr>
        <w:rPr>
          <w:lang w:val="sv-SE"/>
        </w:rPr>
      </w:pPr>
    </w:p>
    <w:p w14:paraId="306C9532" w14:textId="77777777" w:rsidR="00005268" w:rsidRDefault="00005268">
      <w:pPr>
        <w:rPr>
          <w:lang w:val="sv-SE"/>
        </w:rPr>
      </w:pPr>
    </w:p>
    <w:p w14:paraId="4D3C55A5" w14:textId="77777777" w:rsidR="00005268" w:rsidRDefault="00005268">
      <w:pPr>
        <w:rPr>
          <w:lang w:val="sv-SE"/>
        </w:rPr>
      </w:pPr>
    </w:p>
    <w:p w14:paraId="242500F4" w14:textId="77777777" w:rsidR="00005268" w:rsidRDefault="00005268">
      <w:pPr>
        <w:rPr>
          <w:lang w:val="sv-SE"/>
        </w:rPr>
      </w:pPr>
    </w:p>
    <w:p w14:paraId="6044F8D8" w14:textId="77777777" w:rsidR="00005268" w:rsidRDefault="00005268" w:rsidP="00005268">
      <w:p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Petunjuk Pengisian : </w:t>
      </w:r>
    </w:p>
    <w:p w14:paraId="510B4FA2" w14:textId="77777777" w:rsidR="00005268" w:rsidRDefault="00005268" w:rsidP="00005268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Font Berwarna merah wajib di sesuaikan </w:t>
      </w:r>
    </w:p>
    <w:p w14:paraId="4AD6E70D" w14:textId="77777777" w:rsidR="00005268" w:rsidRDefault="00005268" w:rsidP="00005268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Di Print dengan ukuran kertas F4 </w:t>
      </w:r>
    </w:p>
    <w:p w14:paraId="00BCA650" w14:textId="47DED67A" w:rsidR="00005268" w:rsidRPr="00005268" w:rsidRDefault="00005268" w:rsidP="00005268">
      <w:pPr>
        <w:pStyle w:val="ListParagraph"/>
        <w:numPr>
          <w:ilvl w:val="0"/>
          <w:numId w:val="10"/>
        </w:numPr>
        <w:jc w:val="both"/>
        <w:rPr>
          <w:rFonts w:cs="Times New Roman"/>
          <w:lang w:val="sv-SE"/>
        </w:rPr>
      </w:pPr>
      <w:r w:rsidRPr="00005268">
        <w:rPr>
          <w:rFonts w:cs="Times New Roman"/>
          <w:lang w:val="sv-SE"/>
        </w:rPr>
        <w:t>Font berwarna merah yang sudah dirubah wajib dirubah menjadi warna hitam</w:t>
      </w:r>
    </w:p>
    <w:sectPr w:rsidR="00005268" w:rsidRPr="00005268" w:rsidSect="00034616">
      <w:headerReference w:type="default" r:id="rId8"/>
      <w:pgSz w:w="12240" w:h="15840"/>
      <w:pgMar w:top="907" w:right="1247" w:bottom="964" w:left="1417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6401" w14:textId="77777777" w:rsidR="009B1711" w:rsidRDefault="009B1711" w:rsidP="00005268">
      <w:r>
        <w:separator/>
      </w:r>
    </w:p>
  </w:endnote>
  <w:endnote w:type="continuationSeparator" w:id="0">
    <w:p w14:paraId="1B2381EE" w14:textId="77777777" w:rsidR="009B1711" w:rsidRDefault="009B1711" w:rsidP="0000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C8DB" w14:textId="77777777" w:rsidR="009B1711" w:rsidRDefault="009B1711" w:rsidP="00005268">
      <w:r>
        <w:separator/>
      </w:r>
    </w:p>
  </w:footnote>
  <w:footnote w:type="continuationSeparator" w:id="0">
    <w:p w14:paraId="62203006" w14:textId="77777777" w:rsidR="009B1711" w:rsidRDefault="009B1711" w:rsidP="0000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90BD" w14:textId="2EF8841F" w:rsidR="00005268" w:rsidRDefault="000052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F15B0D" wp14:editId="43E84B73">
          <wp:simplePos x="0" y="0"/>
          <wp:positionH relativeFrom="column">
            <wp:posOffset>-280670</wp:posOffset>
          </wp:positionH>
          <wp:positionV relativeFrom="paragraph">
            <wp:posOffset>-259080</wp:posOffset>
          </wp:positionV>
          <wp:extent cx="6591300" cy="10080344"/>
          <wp:effectExtent l="0" t="0" r="0" b="0"/>
          <wp:wrapNone/>
          <wp:docPr id="17073028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302886" name="Picture 17073028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91300" cy="10080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A56177"/>
    <w:multiLevelType w:val="hybridMultilevel"/>
    <w:tmpl w:val="E5BE5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27000">
    <w:abstractNumId w:val="8"/>
  </w:num>
  <w:num w:numId="2" w16cid:durableId="1596666208">
    <w:abstractNumId w:val="6"/>
  </w:num>
  <w:num w:numId="3" w16cid:durableId="1354185235">
    <w:abstractNumId w:val="5"/>
  </w:num>
  <w:num w:numId="4" w16cid:durableId="504827485">
    <w:abstractNumId w:val="4"/>
  </w:num>
  <w:num w:numId="5" w16cid:durableId="1550801612">
    <w:abstractNumId w:val="7"/>
  </w:num>
  <w:num w:numId="6" w16cid:durableId="545796739">
    <w:abstractNumId w:val="3"/>
  </w:num>
  <w:num w:numId="7" w16cid:durableId="730495801">
    <w:abstractNumId w:val="2"/>
  </w:num>
  <w:num w:numId="8" w16cid:durableId="1713456478">
    <w:abstractNumId w:val="1"/>
  </w:num>
  <w:num w:numId="9" w16cid:durableId="985281131">
    <w:abstractNumId w:val="0"/>
  </w:num>
  <w:num w:numId="10" w16cid:durableId="111563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268"/>
    <w:rsid w:val="00034616"/>
    <w:rsid w:val="0006063C"/>
    <w:rsid w:val="0015074B"/>
    <w:rsid w:val="002775AB"/>
    <w:rsid w:val="0029639D"/>
    <w:rsid w:val="00326F90"/>
    <w:rsid w:val="008D23E9"/>
    <w:rsid w:val="009B1711"/>
    <w:rsid w:val="00AA1D8D"/>
    <w:rsid w:val="00B47730"/>
    <w:rsid w:val="00C973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EC4F4"/>
  <w14:defaultImageDpi w14:val="300"/>
  <w15:docId w15:val="{20D828FF-A9F2-4D20-AAE2-C67C9FAC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fpip umsida</cp:lastModifiedBy>
  <cp:revision>2</cp:revision>
  <dcterms:created xsi:type="dcterms:W3CDTF">2026-08-20T04:35:00Z</dcterms:created>
  <dcterms:modified xsi:type="dcterms:W3CDTF">2026-08-20T04:35:00Z</dcterms:modified>
  <cp:category/>
</cp:coreProperties>
</file>