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36626" w14:textId="5775821C" w:rsidR="00D747A1" w:rsidRPr="00653BBF" w:rsidRDefault="001906F2" w:rsidP="00653BBF">
      <w:pPr>
        <w:spacing w:after="100"/>
        <w:rPr>
          <w:rFonts w:cs="Times New Roman"/>
          <w:lang w:val="sv-SE"/>
        </w:rPr>
      </w:pPr>
      <w:r w:rsidRPr="00653BBF">
        <w:rPr>
          <w:rFonts w:cs="Times New Roman"/>
          <w:i/>
          <w:color w:val="666666"/>
          <w:lang w:val="sv-SE"/>
        </w:rPr>
        <w:t>.</w:t>
      </w:r>
    </w:p>
    <w:p w14:paraId="530194DE" w14:textId="77777777" w:rsidR="00653BBF" w:rsidRPr="00653BBF" w:rsidRDefault="00653BBF" w:rsidP="00653BBF">
      <w:pPr>
        <w:spacing w:before="80" w:after="160"/>
        <w:jc w:val="center"/>
        <w:rPr>
          <w:rFonts w:cs="Times New Roman"/>
          <w:b/>
          <w:lang w:val="sv-SE"/>
        </w:rPr>
      </w:pPr>
    </w:p>
    <w:p w14:paraId="1908E23A" w14:textId="77777777" w:rsidR="00653BBF" w:rsidRPr="00653BBF" w:rsidRDefault="00653BBF" w:rsidP="00653BBF">
      <w:pPr>
        <w:spacing w:before="80" w:after="160"/>
        <w:jc w:val="center"/>
        <w:rPr>
          <w:rFonts w:cs="Times New Roman"/>
          <w:b/>
          <w:lang w:val="sv-SE"/>
        </w:rPr>
      </w:pPr>
    </w:p>
    <w:p w14:paraId="75BA79B3" w14:textId="77777777" w:rsidR="00653BBF" w:rsidRPr="00653BBF" w:rsidRDefault="00653BBF" w:rsidP="00653BBF">
      <w:pPr>
        <w:spacing w:before="80" w:after="160"/>
        <w:jc w:val="center"/>
        <w:rPr>
          <w:rFonts w:cs="Times New Roman"/>
          <w:b/>
          <w:lang w:val="sv-SE"/>
        </w:rPr>
      </w:pPr>
    </w:p>
    <w:p w14:paraId="579F848A" w14:textId="77777777" w:rsidR="00653BBF" w:rsidRPr="00653BBF" w:rsidRDefault="00653BBF" w:rsidP="00653BBF">
      <w:pPr>
        <w:spacing w:before="80" w:after="160"/>
        <w:rPr>
          <w:rFonts w:cs="Times New Roman"/>
          <w:b/>
          <w:lang w:val="sv-SE"/>
        </w:rPr>
      </w:pPr>
    </w:p>
    <w:p w14:paraId="5DBED6ED" w14:textId="7D483329" w:rsidR="00653BBF" w:rsidRPr="00653BBF" w:rsidRDefault="001906F2" w:rsidP="00653BBF">
      <w:pPr>
        <w:spacing w:before="80" w:after="160"/>
        <w:jc w:val="center"/>
        <w:rPr>
          <w:rFonts w:cs="Times New Roman"/>
          <w:b/>
          <w:sz w:val="28"/>
          <w:szCs w:val="28"/>
          <w:lang w:val="sv-SE"/>
        </w:rPr>
      </w:pPr>
      <w:r w:rsidRPr="00653BBF">
        <w:rPr>
          <w:rFonts w:cs="Times New Roman"/>
          <w:b/>
          <w:sz w:val="28"/>
          <w:szCs w:val="28"/>
          <w:lang w:val="sv-SE"/>
        </w:rPr>
        <w:t>BERITA ACARA SERAH TERIMA PRODUK/HASIL PROJEK KEPEMIMPINAN</w:t>
      </w:r>
    </w:p>
    <w:p w14:paraId="22497BE1" w14:textId="77777777" w:rsidR="00D747A1" w:rsidRPr="00653BBF" w:rsidRDefault="001906F2" w:rsidP="00653BBF">
      <w:pPr>
        <w:spacing w:after="100"/>
        <w:ind w:left="-142"/>
        <w:jc w:val="both"/>
        <w:rPr>
          <w:rFonts w:cs="Times New Roman"/>
          <w:lang w:val="sv-SE"/>
        </w:rPr>
      </w:pPr>
      <w:r w:rsidRPr="00653BBF">
        <w:rPr>
          <w:rFonts w:cs="Times New Roman"/>
          <w:lang w:val="sv-SE"/>
        </w:rPr>
        <w:t xml:space="preserve">Pada hari ini </w:t>
      </w:r>
      <w:r w:rsidRPr="00653BBF">
        <w:rPr>
          <w:rFonts w:cs="Times New Roman"/>
          <w:color w:val="EE0000"/>
          <w:lang w:val="sv-SE"/>
        </w:rPr>
        <w:t>[hari]</w:t>
      </w:r>
      <w:r w:rsidRPr="00653BBF">
        <w:rPr>
          <w:rFonts w:cs="Times New Roman"/>
          <w:lang w:val="sv-SE"/>
        </w:rPr>
        <w:t xml:space="preserve">, tanggal </w:t>
      </w:r>
      <w:r w:rsidRPr="00653BBF">
        <w:rPr>
          <w:rFonts w:cs="Times New Roman"/>
          <w:color w:val="EE0000"/>
          <w:lang w:val="sv-SE"/>
        </w:rPr>
        <w:t xml:space="preserve">[tanggal] </w:t>
      </w:r>
      <w:r w:rsidRPr="00653BBF">
        <w:rPr>
          <w:rFonts w:cs="Times New Roman"/>
          <w:lang w:val="sv-SE"/>
        </w:rPr>
        <w:t xml:space="preserve">bertempat di </w:t>
      </w:r>
      <w:r w:rsidRPr="00653BBF">
        <w:rPr>
          <w:rFonts w:cs="Times New Roman"/>
          <w:color w:val="EE0000"/>
          <w:lang w:val="sv-SE"/>
        </w:rPr>
        <w:t>[lokasi]</w:t>
      </w:r>
      <w:r w:rsidRPr="00653BBF">
        <w:rPr>
          <w:rFonts w:cs="Times New Roman"/>
          <w:lang w:val="sv-SE"/>
        </w:rPr>
        <w:t xml:space="preserve">, telah dilaksanakan serah terima produk/hasil Projek Kepemimpinan Program Studi Pendidikan Profesi Guru, </w:t>
      </w:r>
      <w:r w:rsidRPr="00653BBF">
        <w:rPr>
          <w:rFonts w:cs="Times New Roman"/>
          <w:lang w:val="sv-SE"/>
        </w:rPr>
        <w:t>Fakultas Pendidikan dan Studi Islam, Universitas Muhammadiyah Sidoarjo, antara: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438"/>
        <w:gridCol w:w="6066"/>
      </w:tblGrid>
      <w:tr w:rsidR="00D747A1" w:rsidRPr="00653BBF" w14:paraId="32A1F170" w14:textId="77777777" w:rsidTr="00653BBF"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222BD2" w14:textId="77777777" w:rsidR="00D747A1" w:rsidRPr="00653BBF" w:rsidRDefault="001906F2" w:rsidP="00653BBF">
            <w:pPr>
              <w:rPr>
                <w:rFonts w:cs="Times New Roman"/>
              </w:rPr>
            </w:pPr>
            <w:r w:rsidRPr="00653BBF">
              <w:rPr>
                <w:rFonts w:cs="Times New Roman"/>
                <w:b/>
              </w:rPr>
              <w:t>PIHAK PERTAMA</w:t>
            </w:r>
          </w:p>
        </w:tc>
        <w:tc>
          <w:tcPr>
            <w:tcW w:w="60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F80343" w14:textId="77777777" w:rsidR="00D747A1" w:rsidRPr="00653BBF" w:rsidRDefault="001906F2" w:rsidP="00653BBF">
            <w:pPr>
              <w:rPr>
                <w:rFonts w:cs="Times New Roman"/>
                <w:color w:val="EE0000"/>
              </w:rPr>
            </w:pPr>
            <w:r w:rsidRPr="00653BBF">
              <w:rPr>
                <w:rFonts w:cs="Times New Roman"/>
                <w:color w:val="EE0000"/>
              </w:rPr>
              <w:t>[Nama Ketua Kelompok], NIM [....], mewakili Kelompok [....]</w:t>
            </w:r>
          </w:p>
        </w:tc>
      </w:tr>
      <w:tr w:rsidR="00D747A1" w:rsidRPr="00971B2B" w14:paraId="61BC5923" w14:textId="77777777" w:rsidTr="00653BBF"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B83633" w14:textId="77777777" w:rsidR="00D747A1" w:rsidRPr="00653BBF" w:rsidRDefault="001906F2" w:rsidP="00653BBF">
            <w:pPr>
              <w:rPr>
                <w:rFonts w:cs="Times New Roman"/>
              </w:rPr>
            </w:pPr>
            <w:r w:rsidRPr="00653BBF">
              <w:rPr>
                <w:rFonts w:cs="Times New Roman"/>
                <w:b/>
              </w:rPr>
              <w:t>PIHAK KEDUA</w:t>
            </w:r>
          </w:p>
        </w:tc>
        <w:tc>
          <w:tcPr>
            <w:tcW w:w="60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03F434" w14:textId="77777777" w:rsidR="00D747A1" w:rsidRPr="00653BBF" w:rsidRDefault="001906F2" w:rsidP="00653BBF">
            <w:pPr>
              <w:rPr>
                <w:rFonts w:cs="Times New Roman"/>
                <w:color w:val="EE0000"/>
                <w:lang w:val="sv-SE"/>
              </w:rPr>
            </w:pPr>
            <w:r w:rsidRPr="00653BBF">
              <w:rPr>
                <w:rFonts w:cs="Times New Roman"/>
                <w:color w:val="EE0000"/>
                <w:lang w:val="sv-SE"/>
              </w:rPr>
              <w:t>[Nama], [Jabatan], mewakili [Nama sekolah/mitra]</w:t>
            </w:r>
          </w:p>
        </w:tc>
      </w:tr>
      <w:tr w:rsidR="00D747A1" w:rsidRPr="00653BBF" w14:paraId="3CA32F71" w14:textId="77777777" w:rsidTr="00653BBF"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48370" w14:textId="77777777" w:rsidR="00D747A1" w:rsidRPr="00653BBF" w:rsidRDefault="001906F2" w:rsidP="00653BBF">
            <w:pPr>
              <w:rPr>
                <w:rFonts w:cs="Times New Roman"/>
              </w:rPr>
            </w:pPr>
            <w:r w:rsidRPr="00653BBF">
              <w:rPr>
                <w:rFonts w:cs="Times New Roman"/>
                <w:b/>
              </w:rPr>
              <w:t>Dosen Pembimbing Projek</w:t>
            </w:r>
          </w:p>
        </w:tc>
        <w:tc>
          <w:tcPr>
            <w:tcW w:w="60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230C7E" w14:textId="77777777" w:rsidR="00D747A1" w:rsidRPr="00653BBF" w:rsidRDefault="001906F2" w:rsidP="00653BBF">
            <w:pPr>
              <w:rPr>
                <w:rFonts w:cs="Times New Roman"/>
                <w:color w:val="EE0000"/>
              </w:rPr>
            </w:pPr>
            <w:r w:rsidRPr="00653BBF">
              <w:rPr>
                <w:rFonts w:cs="Times New Roman"/>
                <w:color w:val="EE0000"/>
              </w:rPr>
              <w:t>[Nama DPP]</w:t>
            </w:r>
          </w:p>
        </w:tc>
      </w:tr>
      <w:tr w:rsidR="00D747A1" w:rsidRPr="00653BBF" w14:paraId="5B01FA25" w14:textId="77777777" w:rsidTr="00653BBF"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5FCA94" w14:textId="77777777" w:rsidR="00D747A1" w:rsidRPr="00653BBF" w:rsidRDefault="001906F2" w:rsidP="00653BBF">
            <w:pPr>
              <w:rPr>
                <w:rFonts w:cs="Times New Roman"/>
              </w:rPr>
            </w:pPr>
            <w:r w:rsidRPr="00653BBF">
              <w:rPr>
                <w:rFonts w:cs="Times New Roman"/>
                <w:b/>
              </w:rPr>
              <w:t>Judul Projek</w:t>
            </w:r>
          </w:p>
        </w:tc>
        <w:tc>
          <w:tcPr>
            <w:tcW w:w="60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EB8961" w14:textId="77777777" w:rsidR="00D747A1" w:rsidRPr="00653BBF" w:rsidRDefault="001906F2" w:rsidP="00653BBF">
            <w:pPr>
              <w:rPr>
                <w:rFonts w:cs="Times New Roman"/>
                <w:color w:val="EE0000"/>
              </w:rPr>
            </w:pPr>
            <w:r w:rsidRPr="00653BBF">
              <w:rPr>
                <w:rFonts w:cs="Times New Roman"/>
                <w:color w:val="EE0000"/>
              </w:rPr>
              <w:t>[Judul projek]</w:t>
            </w:r>
          </w:p>
        </w:tc>
      </w:tr>
    </w:tbl>
    <w:p w14:paraId="6C127597" w14:textId="77777777" w:rsidR="00653BBF" w:rsidRPr="00653BBF" w:rsidRDefault="00653BBF" w:rsidP="00653BBF">
      <w:pPr>
        <w:rPr>
          <w:rFonts w:cs="Times New Roman"/>
          <w:b/>
        </w:rPr>
      </w:pPr>
    </w:p>
    <w:p w14:paraId="75E64836" w14:textId="72C4342C" w:rsidR="00D747A1" w:rsidRPr="00653BBF" w:rsidRDefault="001906F2" w:rsidP="00653BBF">
      <w:pPr>
        <w:rPr>
          <w:rFonts w:cs="Times New Roman"/>
          <w:b/>
        </w:rPr>
      </w:pPr>
      <w:r w:rsidRPr="00653BBF">
        <w:rPr>
          <w:rFonts w:cs="Times New Roman"/>
          <w:b/>
        </w:rPr>
        <w:t>Produk/hasil yang diserahterimakan:</w:t>
      </w:r>
    </w:p>
    <w:p w14:paraId="403C691D" w14:textId="77777777" w:rsidR="00653BBF" w:rsidRPr="00653BBF" w:rsidRDefault="00653BBF" w:rsidP="00653BBF">
      <w:pPr>
        <w:rPr>
          <w:rFonts w:cs="Times New Roma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74"/>
        <w:gridCol w:w="3947"/>
        <w:gridCol w:w="2366"/>
        <w:gridCol w:w="2905"/>
      </w:tblGrid>
      <w:tr w:rsidR="00D747A1" w:rsidRPr="00653BBF" w14:paraId="594D1384" w14:textId="77777777" w:rsidTr="00653BBF">
        <w:trPr>
          <w:tblHeader/>
          <w:jc w:val="center"/>
        </w:trPr>
        <w:tc>
          <w:tcPr>
            <w:tcW w:w="578" w:type="dxa"/>
            <w:shd w:val="clear" w:color="auto" w:fill="D9EAF7"/>
          </w:tcPr>
          <w:p w14:paraId="1E6D399A" w14:textId="77777777" w:rsidR="00D747A1" w:rsidRPr="00653BBF" w:rsidRDefault="001906F2" w:rsidP="00653BBF">
            <w:pPr>
              <w:jc w:val="center"/>
              <w:rPr>
                <w:rFonts w:cs="Times New Roman"/>
              </w:rPr>
            </w:pPr>
            <w:r w:rsidRPr="00653BBF">
              <w:rPr>
                <w:rFonts w:cs="Times New Roman"/>
                <w:b/>
              </w:rPr>
              <w:t>No.</w:t>
            </w:r>
          </w:p>
        </w:tc>
        <w:tc>
          <w:tcPr>
            <w:tcW w:w="4210" w:type="dxa"/>
            <w:shd w:val="clear" w:color="auto" w:fill="D9EAF7"/>
          </w:tcPr>
          <w:p w14:paraId="5F4797B2" w14:textId="77777777" w:rsidR="00D747A1" w:rsidRPr="00653BBF" w:rsidRDefault="001906F2" w:rsidP="00653BBF">
            <w:pPr>
              <w:jc w:val="center"/>
              <w:rPr>
                <w:rFonts w:cs="Times New Roman"/>
              </w:rPr>
            </w:pPr>
            <w:r w:rsidRPr="00653BBF">
              <w:rPr>
                <w:rFonts w:cs="Times New Roman"/>
                <w:b/>
              </w:rPr>
              <w:t>Produk/Hasil</w:t>
            </w:r>
          </w:p>
        </w:tc>
        <w:tc>
          <w:tcPr>
            <w:tcW w:w="2394" w:type="dxa"/>
            <w:shd w:val="clear" w:color="auto" w:fill="D9EAF7"/>
          </w:tcPr>
          <w:p w14:paraId="58935DD5" w14:textId="77777777" w:rsidR="00D747A1" w:rsidRPr="00653BBF" w:rsidRDefault="001906F2" w:rsidP="00653BBF">
            <w:pPr>
              <w:jc w:val="center"/>
              <w:rPr>
                <w:rFonts w:cs="Times New Roman"/>
              </w:rPr>
            </w:pPr>
            <w:r w:rsidRPr="00653BBF">
              <w:rPr>
                <w:rFonts w:cs="Times New Roman"/>
                <w:b/>
              </w:rPr>
              <w:t>Jumlah/Keterangan</w:t>
            </w:r>
          </w:p>
        </w:tc>
        <w:tc>
          <w:tcPr>
            <w:tcW w:w="2416" w:type="dxa"/>
            <w:shd w:val="clear" w:color="auto" w:fill="D9EAF7"/>
          </w:tcPr>
          <w:p w14:paraId="288389E0" w14:textId="77777777" w:rsidR="00D747A1" w:rsidRPr="00653BBF" w:rsidRDefault="001906F2" w:rsidP="00653BBF">
            <w:pPr>
              <w:jc w:val="center"/>
              <w:rPr>
                <w:rFonts w:cs="Times New Roman"/>
              </w:rPr>
            </w:pPr>
            <w:r w:rsidRPr="00653BBF">
              <w:rPr>
                <w:rFonts w:cs="Times New Roman"/>
                <w:b/>
              </w:rPr>
              <w:t>Rencana Pemanfaatan/Keberlanjutan</w:t>
            </w:r>
          </w:p>
        </w:tc>
      </w:tr>
      <w:tr w:rsidR="00D747A1" w:rsidRPr="00653BBF" w14:paraId="012AC201" w14:textId="77777777" w:rsidTr="00653BBF">
        <w:trPr>
          <w:jc w:val="center"/>
        </w:trPr>
        <w:tc>
          <w:tcPr>
            <w:tcW w:w="578" w:type="dxa"/>
          </w:tcPr>
          <w:p w14:paraId="7CF2912E" w14:textId="77777777" w:rsidR="00D747A1" w:rsidRPr="00653BBF" w:rsidRDefault="001906F2" w:rsidP="00653BBF">
            <w:pPr>
              <w:jc w:val="center"/>
              <w:rPr>
                <w:rFonts w:cs="Times New Roman"/>
              </w:rPr>
            </w:pPr>
            <w:r w:rsidRPr="00653BBF">
              <w:rPr>
                <w:rFonts w:cs="Times New Roman"/>
              </w:rPr>
              <w:t>1</w:t>
            </w:r>
          </w:p>
        </w:tc>
        <w:tc>
          <w:tcPr>
            <w:tcW w:w="4210" w:type="dxa"/>
          </w:tcPr>
          <w:p w14:paraId="00B896F0" w14:textId="77777777" w:rsidR="00D747A1" w:rsidRPr="00653BBF" w:rsidRDefault="001906F2" w:rsidP="00653BBF">
            <w:pPr>
              <w:rPr>
                <w:rFonts w:cs="Times New Roman"/>
                <w:color w:val="EE0000"/>
              </w:rPr>
            </w:pPr>
            <w:r w:rsidRPr="00653BBF">
              <w:rPr>
                <w:rFonts w:cs="Times New Roman"/>
                <w:color w:val="EE0000"/>
              </w:rPr>
              <w:t>[Isi]</w:t>
            </w:r>
          </w:p>
        </w:tc>
        <w:tc>
          <w:tcPr>
            <w:tcW w:w="2394" w:type="dxa"/>
          </w:tcPr>
          <w:p w14:paraId="4483272A" w14:textId="77777777" w:rsidR="00D747A1" w:rsidRPr="00653BBF" w:rsidRDefault="001906F2" w:rsidP="00653BBF">
            <w:pPr>
              <w:rPr>
                <w:rFonts w:cs="Times New Roman"/>
                <w:color w:val="EE0000"/>
              </w:rPr>
            </w:pPr>
            <w:r w:rsidRPr="00653BBF">
              <w:rPr>
                <w:rFonts w:cs="Times New Roman"/>
                <w:color w:val="EE0000"/>
              </w:rPr>
              <w:t>[Isi]</w:t>
            </w:r>
          </w:p>
        </w:tc>
        <w:tc>
          <w:tcPr>
            <w:tcW w:w="2416" w:type="dxa"/>
          </w:tcPr>
          <w:p w14:paraId="76825604" w14:textId="77777777" w:rsidR="00D747A1" w:rsidRPr="00653BBF" w:rsidRDefault="001906F2" w:rsidP="00653BBF">
            <w:pPr>
              <w:rPr>
                <w:rFonts w:cs="Times New Roman"/>
                <w:color w:val="EE0000"/>
              </w:rPr>
            </w:pPr>
            <w:r w:rsidRPr="00653BBF">
              <w:rPr>
                <w:rFonts w:cs="Times New Roman"/>
                <w:color w:val="EE0000"/>
              </w:rPr>
              <w:t>[Isi]</w:t>
            </w:r>
          </w:p>
        </w:tc>
      </w:tr>
      <w:tr w:rsidR="00D747A1" w:rsidRPr="00653BBF" w14:paraId="5E7A6B95" w14:textId="77777777" w:rsidTr="00653BBF">
        <w:trPr>
          <w:jc w:val="center"/>
        </w:trPr>
        <w:tc>
          <w:tcPr>
            <w:tcW w:w="578" w:type="dxa"/>
          </w:tcPr>
          <w:p w14:paraId="60615F3A" w14:textId="77777777" w:rsidR="00D747A1" w:rsidRPr="00653BBF" w:rsidRDefault="001906F2" w:rsidP="00653BBF">
            <w:pPr>
              <w:jc w:val="center"/>
              <w:rPr>
                <w:rFonts w:cs="Times New Roman"/>
              </w:rPr>
            </w:pPr>
            <w:r w:rsidRPr="00653BBF">
              <w:rPr>
                <w:rFonts w:cs="Times New Roman"/>
              </w:rPr>
              <w:t>2</w:t>
            </w:r>
          </w:p>
        </w:tc>
        <w:tc>
          <w:tcPr>
            <w:tcW w:w="4210" w:type="dxa"/>
          </w:tcPr>
          <w:p w14:paraId="128F1D20" w14:textId="77777777" w:rsidR="00D747A1" w:rsidRPr="00653BBF" w:rsidRDefault="001906F2" w:rsidP="00653BBF">
            <w:pPr>
              <w:rPr>
                <w:rFonts w:cs="Times New Roman"/>
                <w:color w:val="EE0000"/>
              </w:rPr>
            </w:pPr>
            <w:r w:rsidRPr="00653BBF">
              <w:rPr>
                <w:rFonts w:cs="Times New Roman"/>
                <w:color w:val="EE0000"/>
              </w:rPr>
              <w:t>[Isi]</w:t>
            </w:r>
          </w:p>
        </w:tc>
        <w:tc>
          <w:tcPr>
            <w:tcW w:w="2394" w:type="dxa"/>
          </w:tcPr>
          <w:p w14:paraId="175D0688" w14:textId="77777777" w:rsidR="00D747A1" w:rsidRPr="00653BBF" w:rsidRDefault="001906F2" w:rsidP="00653BBF">
            <w:pPr>
              <w:rPr>
                <w:rFonts w:cs="Times New Roman"/>
                <w:color w:val="EE0000"/>
              </w:rPr>
            </w:pPr>
            <w:r w:rsidRPr="00653BBF">
              <w:rPr>
                <w:rFonts w:cs="Times New Roman"/>
                <w:color w:val="EE0000"/>
              </w:rPr>
              <w:t>[Isi]</w:t>
            </w:r>
          </w:p>
        </w:tc>
        <w:tc>
          <w:tcPr>
            <w:tcW w:w="2416" w:type="dxa"/>
          </w:tcPr>
          <w:p w14:paraId="66D041D5" w14:textId="77777777" w:rsidR="00D747A1" w:rsidRPr="00653BBF" w:rsidRDefault="001906F2" w:rsidP="00653BBF">
            <w:pPr>
              <w:rPr>
                <w:rFonts w:cs="Times New Roman"/>
                <w:color w:val="EE0000"/>
              </w:rPr>
            </w:pPr>
            <w:r w:rsidRPr="00653BBF">
              <w:rPr>
                <w:rFonts w:cs="Times New Roman"/>
                <w:color w:val="EE0000"/>
              </w:rPr>
              <w:t>[Isi]</w:t>
            </w:r>
          </w:p>
        </w:tc>
      </w:tr>
      <w:tr w:rsidR="00D747A1" w:rsidRPr="00653BBF" w14:paraId="08C8AE28" w14:textId="77777777" w:rsidTr="00653BBF">
        <w:trPr>
          <w:jc w:val="center"/>
        </w:trPr>
        <w:tc>
          <w:tcPr>
            <w:tcW w:w="578" w:type="dxa"/>
          </w:tcPr>
          <w:p w14:paraId="197E1FDA" w14:textId="77777777" w:rsidR="00D747A1" w:rsidRPr="00653BBF" w:rsidRDefault="001906F2" w:rsidP="00653BBF">
            <w:pPr>
              <w:jc w:val="center"/>
              <w:rPr>
                <w:rFonts w:cs="Times New Roman"/>
              </w:rPr>
            </w:pPr>
            <w:r w:rsidRPr="00653BBF">
              <w:rPr>
                <w:rFonts w:cs="Times New Roman"/>
              </w:rPr>
              <w:t>3</w:t>
            </w:r>
          </w:p>
        </w:tc>
        <w:tc>
          <w:tcPr>
            <w:tcW w:w="4210" w:type="dxa"/>
          </w:tcPr>
          <w:p w14:paraId="1698B72E" w14:textId="77777777" w:rsidR="00D747A1" w:rsidRPr="00653BBF" w:rsidRDefault="001906F2" w:rsidP="00653BBF">
            <w:pPr>
              <w:rPr>
                <w:rFonts w:cs="Times New Roman"/>
                <w:color w:val="EE0000"/>
              </w:rPr>
            </w:pPr>
            <w:r w:rsidRPr="00653BBF">
              <w:rPr>
                <w:rFonts w:cs="Times New Roman"/>
                <w:color w:val="EE0000"/>
              </w:rPr>
              <w:t>[Isi]</w:t>
            </w:r>
          </w:p>
        </w:tc>
        <w:tc>
          <w:tcPr>
            <w:tcW w:w="2394" w:type="dxa"/>
          </w:tcPr>
          <w:p w14:paraId="7BB81009" w14:textId="77777777" w:rsidR="00D747A1" w:rsidRPr="00653BBF" w:rsidRDefault="001906F2" w:rsidP="00653BBF">
            <w:pPr>
              <w:rPr>
                <w:rFonts w:cs="Times New Roman"/>
                <w:color w:val="EE0000"/>
              </w:rPr>
            </w:pPr>
            <w:r w:rsidRPr="00653BBF">
              <w:rPr>
                <w:rFonts w:cs="Times New Roman"/>
                <w:color w:val="EE0000"/>
              </w:rPr>
              <w:t>[Isi]</w:t>
            </w:r>
          </w:p>
        </w:tc>
        <w:tc>
          <w:tcPr>
            <w:tcW w:w="2416" w:type="dxa"/>
          </w:tcPr>
          <w:p w14:paraId="5F4C2F8A" w14:textId="77777777" w:rsidR="00D747A1" w:rsidRPr="00653BBF" w:rsidRDefault="001906F2" w:rsidP="00653BBF">
            <w:pPr>
              <w:rPr>
                <w:rFonts w:cs="Times New Roman"/>
                <w:color w:val="EE0000"/>
              </w:rPr>
            </w:pPr>
            <w:r w:rsidRPr="00653BBF">
              <w:rPr>
                <w:rFonts w:cs="Times New Roman"/>
                <w:color w:val="EE0000"/>
              </w:rPr>
              <w:t>[Isi]</w:t>
            </w:r>
          </w:p>
        </w:tc>
      </w:tr>
      <w:tr w:rsidR="00D747A1" w:rsidRPr="00653BBF" w14:paraId="456331A6" w14:textId="77777777" w:rsidTr="00653BBF">
        <w:trPr>
          <w:jc w:val="center"/>
        </w:trPr>
        <w:tc>
          <w:tcPr>
            <w:tcW w:w="578" w:type="dxa"/>
          </w:tcPr>
          <w:p w14:paraId="15CDF306" w14:textId="77777777" w:rsidR="00D747A1" w:rsidRPr="00653BBF" w:rsidRDefault="001906F2" w:rsidP="00653BBF">
            <w:pPr>
              <w:jc w:val="center"/>
              <w:rPr>
                <w:rFonts w:cs="Times New Roman"/>
              </w:rPr>
            </w:pPr>
            <w:r w:rsidRPr="00653BBF">
              <w:rPr>
                <w:rFonts w:cs="Times New Roman"/>
              </w:rPr>
              <w:t>4</w:t>
            </w:r>
          </w:p>
        </w:tc>
        <w:tc>
          <w:tcPr>
            <w:tcW w:w="4210" w:type="dxa"/>
          </w:tcPr>
          <w:p w14:paraId="18F0F364" w14:textId="77777777" w:rsidR="00D747A1" w:rsidRPr="00653BBF" w:rsidRDefault="001906F2" w:rsidP="00653BBF">
            <w:pPr>
              <w:rPr>
                <w:rFonts w:cs="Times New Roman"/>
                <w:color w:val="EE0000"/>
              </w:rPr>
            </w:pPr>
            <w:r w:rsidRPr="00653BBF">
              <w:rPr>
                <w:rFonts w:cs="Times New Roman"/>
                <w:color w:val="EE0000"/>
              </w:rPr>
              <w:t>[Isi]</w:t>
            </w:r>
          </w:p>
        </w:tc>
        <w:tc>
          <w:tcPr>
            <w:tcW w:w="2394" w:type="dxa"/>
          </w:tcPr>
          <w:p w14:paraId="6EB5FE5E" w14:textId="77777777" w:rsidR="00D747A1" w:rsidRPr="00653BBF" w:rsidRDefault="001906F2" w:rsidP="00653BBF">
            <w:pPr>
              <w:rPr>
                <w:rFonts w:cs="Times New Roman"/>
                <w:color w:val="EE0000"/>
              </w:rPr>
            </w:pPr>
            <w:r w:rsidRPr="00653BBF">
              <w:rPr>
                <w:rFonts w:cs="Times New Roman"/>
                <w:color w:val="EE0000"/>
              </w:rPr>
              <w:t>[Isi]</w:t>
            </w:r>
          </w:p>
        </w:tc>
        <w:tc>
          <w:tcPr>
            <w:tcW w:w="2416" w:type="dxa"/>
          </w:tcPr>
          <w:p w14:paraId="56EC6172" w14:textId="77777777" w:rsidR="00D747A1" w:rsidRPr="00653BBF" w:rsidRDefault="001906F2" w:rsidP="00653BBF">
            <w:pPr>
              <w:rPr>
                <w:rFonts w:cs="Times New Roman"/>
                <w:color w:val="EE0000"/>
              </w:rPr>
            </w:pPr>
            <w:r w:rsidRPr="00653BBF">
              <w:rPr>
                <w:rFonts w:cs="Times New Roman"/>
                <w:color w:val="EE0000"/>
              </w:rPr>
              <w:t>[Isi]</w:t>
            </w:r>
          </w:p>
        </w:tc>
      </w:tr>
    </w:tbl>
    <w:p w14:paraId="4D5ACE5C" w14:textId="77777777" w:rsidR="00653BBF" w:rsidRDefault="00653BBF" w:rsidP="00653BBF">
      <w:pPr>
        <w:spacing w:after="100"/>
        <w:ind w:left="-142"/>
        <w:jc w:val="both"/>
        <w:rPr>
          <w:rFonts w:cs="Times New Roman"/>
        </w:rPr>
      </w:pPr>
    </w:p>
    <w:p w14:paraId="097481FA" w14:textId="64CAA64D" w:rsidR="00D747A1" w:rsidRPr="00653BBF" w:rsidRDefault="001906F2" w:rsidP="00653BBF">
      <w:pPr>
        <w:spacing w:after="100"/>
        <w:ind w:left="-142"/>
        <w:jc w:val="both"/>
        <w:rPr>
          <w:rFonts w:cs="Times New Roman"/>
        </w:rPr>
      </w:pPr>
      <w:r w:rsidRPr="00653BBF">
        <w:rPr>
          <w:rFonts w:cs="Times New Roman"/>
        </w:rPr>
        <w:t xml:space="preserve">PIHAK KEDUA menyatakan telah </w:t>
      </w:r>
      <w:r w:rsidRPr="00653BBF">
        <w:rPr>
          <w:rFonts w:cs="Times New Roman"/>
        </w:rPr>
        <w:t>menerima produk/hasil tersebut dalam kondisi [baik/sesuai/catatan lain] dan akan menindaklanjuti pemanfaatannya sesuai kebutuhan serta kesepakatan dengan pelaksana projek.</w:t>
      </w:r>
    </w:p>
    <w:p w14:paraId="55AB1109" w14:textId="77777777" w:rsidR="00D747A1" w:rsidRPr="00653BBF" w:rsidRDefault="001906F2" w:rsidP="00653BBF">
      <w:pPr>
        <w:spacing w:after="100"/>
        <w:ind w:left="-142"/>
        <w:jc w:val="both"/>
        <w:rPr>
          <w:rFonts w:cs="Times New Roman"/>
          <w:lang w:val="sv-SE"/>
        </w:rPr>
      </w:pPr>
      <w:r w:rsidRPr="00653BBF">
        <w:rPr>
          <w:rFonts w:cs="Times New Roman"/>
          <w:lang w:val="sv-SE"/>
        </w:rPr>
        <w:t>Berita acara ini dibuat dengan sebenarnya untuk digunakan sebagai bukti serah terima</w:t>
      </w:r>
      <w:r w:rsidRPr="00653BBF">
        <w:rPr>
          <w:rFonts w:cs="Times New Roman"/>
          <w:lang w:val="sv-SE"/>
        </w:rPr>
        <w:t xml:space="preserve"> dan dokumentasi pelaksanaan Projek Kepemimpinan.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88"/>
        <w:gridCol w:w="4788"/>
      </w:tblGrid>
      <w:tr w:rsidR="00D747A1" w:rsidRPr="00653BBF" w14:paraId="79D7DA96" w14:textId="77777777">
        <w:trPr>
          <w:jc w:val="center"/>
        </w:trPr>
        <w:tc>
          <w:tcPr>
            <w:tcW w:w="4788" w:type="dxa"/>
          </w:tcPr>
          <w:p w14:paraId="1EB96F79" w14:textId="77777777" w:rsidR="00D747A1" w:rsidRPr="00653BBF" w:rsidRDefault="001906F2" w:rsidP="00653BBF">
            <w:pPr>
              <w:jc w:val="center"/>
              <w:rPr>
                <w:rFonts w:cs="Times New Roman"/>
                <w:lang w:val="sv-SE"/>
              </w:rPr>
            </w:pPr>
            <w:r w:rsidRPr="00653BBF">
              <w:rPr>
                <w:rFonts w:cs="Times New Roman"/>
                <w:b/>
                <w:bCs/>
                <w:lang w:val="sv-SE"/>
              </w:rPr>
              <w:t>PIHAK PERTAMA</w:t>
            </w:r>
            <w:r w:rsidRPr="00653BBF">
              <w:rPr>
                <w:rFonts w:cs="Times New Roman"/>
                <w:lang w:val="sv-SE"/>
              </w:rPr>
              <w:br/>
              <w:t>Ketua Kelompok</w:t>
            </w:r>
          </w:p>
          <w:p w14:paraId="4AF62955" w14:textId="77777777" w:rsidR="00D747A1" w:rsidRPr="00653BBF" w:rsidRDefault="00D747A1" w:rsidP="00653BBF">
            <w:pPr>
              <w:spacing w:after="560"/>
              <w:rPr>
                <w:rFonts w:cs="Times New Roman"/>
                <w:lang w:val="sv-SE"/>
              </w:rPr>
            </w:pPr>
          </w:p>
          <w:p w14:paraId="609C7A71" w14:textId="77777777" w:rsidR="00D747A1" w:rsidRPr="00653BBF" w:rsidRDefault="001906F2" w:rsidP="00653BBF">
            <w:pPr>
              <w:jc w:val="center"/>
              <w:rPr>
                <w:rFonts w:cs="Times New Roman"/>
                <w:color w:val="EE0000"/>
                <w:lang w:val="sv-SE"/>
              </w:rPr>
            </w:pPr>
            <w:r w:rsidRPr="00653BBF">
              <w:rPr>
                <w:rFonts w:cs="Times New Roman"/>
                <w:b/>
                <w:color w:val="EE0000"/>
                <w:lang w:val="sv-SE"/>
              </w:rPr>
              <w:t>[Nama]</w:t>
            </w:r>
          </w:p>
          <w:p w14:paraId="6E1235B6" w14:textId="77777777" w:rsidR="00D747A1" w:rsidRPr="00653BBF" w:rsidRDefault="001906F2" w:rsidP="00653BBF">
            <w:pPr>
              <w:jc w:val="center"/>
              <w:rPr>
                <w:rFonts w:cs="Times New Roman"/>
                <w:lang w:val="sv-SE"/>
              </w:rPr>
            </w:pPr>
            <w:r w:rsidRPr="00653BBF">
              <w:rPr>
                <w:rFonts w:cs="Times New Roman"/>
                <w:color w:val="EE0000"/>
                <w:lang w:val="sv-SE"/>
              </w:rPr>
              <w:t>[NIP/NBM/NIM]</w:t>
            </w:r>
          </w:p>
        </w:tc>
        <w:tc>
          <w:tcPr>
            <w:tcW w:w="4788" w:type="dxa"/>
          </w:tcPr>
          <w:p w14:paraId="4BA38033" w14:textId="77777777" w:rsidR="00D747A1" w:rsidRPr="00653BBF" w:rsidRDefault="001906F2" w:rsidP="00653BBF">
            <w:pPr>
              <w:jc w:val="center"/>
              <w:rPr>
                <w:rFonts w:cs="Times New Roman"/>
                <w:lang w:val="sv-SE"/>
              </w:rPr>
            </w:pPr>
            <w:r w:rsidRPr="00653BBF">
              <w:rPr>
                <w:rFonts w:cs="Times New Roman"/>
                <w:b/>
                <w:bCs/>
                <w:lang w:val="sv-SE"/>
              </w:rPr>
              <w:t>PIHAK KEDUA</w:t>
            </w:r>
            <w:r w:rsidRPr="00653BBF">
              <w:rPr>
                <w:rFonts w:cs="Times New Roman"/>
                <w:lang w:val="sv-SE"/>
              </w:rPr>
              <w:br/>
              <w:t>Kepala Sekolah/Pimpinan Mitra</w:t>
            </w:r>
          </w:p>
          <w:p w14:paraId="5A7A12BF" w14:textId="77777777" w:rsidR="00D747A1" w:rsidRPr="00653BBF" w:rsidRDefault="00D747A1" w:rsidP="00653BBF">
            <w:pPr>
              <w:spacing w:after="560"/>
              <w:rPr>
                <w:rFonts w:cs="Times New Roman"/>
                <w:lang w:val="sv-SE"/>
              </w:rPr>
            </w:pPr>
          </w:p>
          <w:p w14:paraId="182E0AA5" w14:textId="77777777" w:rsidR="00D747A1" w:rsidRPr="00653BBF" w:rsidRDefault="001906F2" w:rsidP="00653BBF">
            <w:pPr>
              <w:jc w:val="center"/>
              <w:rPr>
                <w:rFonts w:cs="Times New Roman"/>
                <w:color w:val="EE0000"/>
              </w:rPr>
            </w:pPr>
            <w:r w:rsidRPr="00653BBF">
              <w:rPr>
                <w:rFonts w:cs="Times New Roman"/>
                <w:b/>
                <w:color w:val="EE0000"/>
              </w:rPr>
              <w:t>[Nama]</w:t>
            </w:r>
          </w:p>
          <w:p w14:paraId="395B2CF1" w14:textId="77777777" w:rsidR="00D747A1" w:rsidRPr="00653BBF" w:rsidRDefault="001906F2" w:rsidP="00653BBF">
            <w:pPr>
              <w:jc w:val="center"/>
              <w:rPr>
                <w:rFonts w:cs="Times New Roman"/>
              </w:rPr>
            </w:pPr>
            <w:r w:rsidRPr="00653BBF">
              <w:rPr>
                <w:rFonts w:cs="Times New Roman"/>
                <w:color w:val="EE0000"/>
              </w:rPr>
              <w:t>[NIP/NBM/NIM]</w:t>
            </w:r>
          </w:p>
        </w:tc>
      </w:tr>
    </w:tbl>
    <w:p w14:paraId="68E99FCE" w14:textId="77777777" w:rsidR="00D747A1" w:rsidRPr="00653BBF" w:rsidRDefault="001906F2" w:rsidP="00653BBF">
      <w:pPr>
        <w:jc w:val="center"/>
        <w:rPr>
          <w:rFonts w:cs="Times New Roman"/>
          <w:b/>
          <w:bCs/>
        </w:rPr>
      </w:pPr>
      <w:r w:rsidRPr="00653BBF">
        <w:rPr>
          <w:rFonts w:cs="Times New Roman"/>
          <w:b/>
          <w:bCs/>
        </w:rPr>
        <w:t>Mengetahui,</w:t>
      </w:r>
    </w:p>
    <w:p w14:paraId="65A490A7" w14:textId="77777777" w:rsidR="00D747A1" w:rsidRPr="00653BBF" w:rsidRDefault="001906F2" w:rsidP="00653BBF">
      <w:pPr>
        <w:jc w:val="center"/>
        <w:rPr>
          <w:rFonts w:cs="Times New Roman"/>
        </w:rPr>
      </w:pPr>
      <w:r w:rsidRPr="00653BBF">
        <w:rPr>
          <w:rFonts w:cs="Times New Roman"/>
        </w:rPr>
        <w:t>Dosen Pembimbing Projek</w:t>
      </w:r>
    </w:p>
    <w:p w14:paraId="754E494E" w14:textId="77777777" w:rsidR="00D747A1" w:rsidRPr="00653BBF" w:rsidRDefault="00D747A1" w:rsidP="00653BBF">
      <w:pPr>
        <w:spacing w:after="560"/>
        <w:rPr>
          <w:rFonts w:cs="Times New Roman"/>
        </w:rPr>
      </w:pPr>
    </w:p>
    <w:p w14:paraId="575F3217" w14:textId="0DD5903A" w:rsidR="00D747A1" w:rsidRDefault="001906F2" w:rsidP="00653BBF">
      <w:pPr>
        <w:jc w:val="center"/>
        <w:rPr>
          <w:rFonts w:cs="Times New Roman"/>
          <w:b/>
          <w:color w:val="EE0000"/>
        </w:rPr>
      </w:pPr>
      <w:r w:rsidRPr="00653BBF">
        <w:rPr>
          <w:rFonts w:cs="Times New Roman"/>
          <w:b/>
          <w:color w:val="EE0000"/>
        </w:rPr>
        <w:t>[Nama DPP]</w:t>
      </w:r>
    </w:p>
    <w:p w14:paraId="550ABBF7" w14:textId="2113F292" w:rsidR="00971B2B" w:rsidRDefault="00971B2B" w:rsidP="00653BBF">
      <w:pPr>
        <w:jc w:val="center"/>
        <w:rPr>
          <w:rFonts w:cs="Times New Roman"/>
          <w:b/>
          <w:color w:val="EE0000"/>
        </w:rPr>
      </w:pPr>
      <w:r w:rsidRPr="00653BBF">
        <w:rPr>
          <w:rFonts w:cs="Times New Roman"/>
          <w:color w:val="EE0000"/>
        </w:rPr>
        <w:t>[NI</w:t>
      </w:r>
      <w:r>
        <w:rPr>
          <w:rFonts w:cs="Times New Roman"/>
          <w:color w:val="EE0000"/>
        </w:rPr>
        <w:t>DN</w:t>
      </w:r>
      <w:r w:rsidRPr="00653BBF">
        <w:rPr>
          <w:rFonts w:cs="Times New Roman"/>
          <w:color w:val="EE0000"/>
        </w:rPr>
        <w:t>/N</w:t>
      </w:r>
      <w:r>
        <w:rPr>
          <w:rFonts w:cs="Times New Roman"/>
          <w:color w:val="EE0000"/>
        </w:rPr>
        <w:t>IK</w:t>
      </w:r>
      <w:r w:rsidRPr="00653BBF">
        <w:rPr>
          <w:rFonts w:cs="Times New Roman"/>
          <w:color w:val="EE0000"/>
        </w:rPr>
        <w:t>]</w:t>
      </w:r>
    </w:p>
    <w:p w14:paraId="4F810AB6" w14:textId="77777777" w:rsidR="00653BBF" w:rsidRDefault="00653BBF" w:rsidP="00653BBF">
      <w:pPr>
        <w:jc w:val="center"/>
        <w:rPr>
          <w:rFonts w:cs="Times New Roman"/>
          <w:b/>
          <w:color w:val="EE0000"/>
        </w:rPr>
      </w:pPr>
    </w:p>
    <w:p w14:paraId="158754DE" w14:textId="77777777" w:rsidR="00653BBF" w:rsidRDefault="00653BBF" w:rsidP="00653BBF">
      <w:pPr>
        <w:jc w:val="center"/>
        <w:rPr>
          <w:rFonts w:cs="Times New Roman"/>
          <w:b/>
          <w:color w:val="EE0000"/>
        </w:rPr>
      </w:pPr>
    </w:p>
    <w:p w14:paraId="49FC27BF" w14:textId="77777777" w:rsidR="00653BBF" w:rsidRDefault="00653BBF" w:rsidP="00653BBF">
      <w:pPr>
        <w:jc w:val="center"/>
        <w:rPr>
          <w:rFonts w:cs="Times New Roman"/>
          <w:b/>
          <w:color w:val="EE0000"/>
        </w:rPr>
      </w:pPr>
    </w:p>
    <w:p w14:paraId="78276AA8" w14:textId="77777777" w:rsidR="00653BBF" w:rsidRDefault="00653BBF" w:rsidP="00653BBF">
      <w:pPr>
        <w:jc w:val="center"/>
        <w:rPr>
          <w:rFonts w:cs="Times New Roman"/>
          <w:b/>
          <w:color w:val="EE0000"/>
        </w:rPr>
      </w:pPr>
    </w:p>
    <w:p w14:paraId="26248195" w14:textId="77777777" w:rsidR="00653BBF" w:rsidRDefault="00653BBF" w:rsidP="00653BBF">
      <w:pPr>
        <w:jc w:val="center"/>
        <w:rPr>
          <w:rFonts w:cs="Times New Roman"/>
          <w:b/>
          <w:color w:val="EE0000"/>
        </w:rPr>
      </w:pPr>
    </w:p>
    <w:p w14:paraId="5445C0FF" w14:textId="77777777" w:rsidR="00653BBF" w:rsidRDefault="00653BBF" w:rsidP="00653BBF">
      <w:pPr>
        <w:jc w:val="center"/>
        <w:rPr>
          <w:rFonts w:cs="Times New Roman"/>
          <w:b/>
          <w:color w:val="EE0000"/>
        </w:rPr>
      </w:pPr>
    </w:p>
    <w:p w14:paraId="7E6F5D5F" w14:textId="77777777" w:rsidR="00653BBF" w:rsidRDefault="00653BBF" w:rsidP="00653BBF">
      <w:pPr>
        <w:jc w:val="center"/>
        <w:rPr>
          <w:rFonts w:cs="Times New Roman"/>
          <w:b/>
          <w:color w:val="EE0000"/>
        </w:rPr>
      </w:pPr>
    </w:p>
    <w:p w14:paraId="5EA3B416" w14:textId="77777777" w:rsidR="00653BBF" w:rsidRDefault="00653BBF" w:rsidP="00653BBF">
      <w:pPr>
        <w:jc w:val="center"/>
        <w:rPr>
          <w:rFonts w:cs="Times New Roman"/>
          <w:b/>
          <w:color w:val="EE0000"/>
        </w:rPr>
      </w:pPr>
    </w:p>
    <w:p w14:paraId="4DD48C74" w14:textId="77777777" w:rsidR="00653BBF" w:rsidRDefault="00653BBF" w:rsidP="00653BBF">
      <w:pPr>
        <w:jc w:val="center"/>
        <w:rPr>
          <w:rFonts w:cs="Times New Roman"/>
          <w:b/>
          <w:color w:val="EE0000"/>
        </w:rPr>
      </w:pPr>
    </w:p>
    <w:p w14:paraId="6D75A69F" w14:textId="77777777" w:rsidR="00653BBF" w:rsidRDefault="00653BBF" w:rsidP="00653BBF">
      <w:pPr>
        <w:jc w:val="center"/>
        <w:rPr>
          <w:rFonts w:cs="Times New Roman"/>
          <w:b/>
          <w:color w:val="EE0000"/>
        </w:rPr>
      </w:pPr>
    </w:p>
    <w:p w14:paraId="11D28085" w14:textId="77777777" w:rsidR="00653BBF" w:rsidRDefault="00653BBF" w:rsidP="00653BBF">
      <w:pPr>
        <w:jc w:val="center"/>
        <w:rPr>
          <w:rFonts w:cs="Times New Roman"/>
          <w:b/>
          <w:color w:val="EE0000"/>
        </w:rPr>
      </w:pPr>
    </w:p>
    <w:p w14:paraId="3710BF22" w14:textId="77777777" w:rsidR="00653BBF" w:rsidRDefault="00653BBF" w:rsidP="00653BBF">
      <w:pPr>
        <w:jc w:val="center"/>
        <w:rPr>
          <w:rFonts w:cs="Times New Roman"/>
          <w:b/>
          <w:color w:val="EE0000"/>
        </w:rPr>
      </w:pPr>
    </w:p>
    <w:p w14:paraId="7916E51B" w14:textId="77777777" w:rsidR="00653BBF" w:rsidRDefault="00653BBF" w:rsidP="00653BBF">
      <w:pPr>
        <w:jc w:val="both"/>
        <w:rPr>
          <w:rFonts w:cs="Times New Roman"/>
          <w:lang w:val="sv-SE"/>
        </w:rPr>
      </w:pPr>
      <w:r>
        <w:rPr>
          <w:rFonts w:cs="Times New Roman"/>
          <w:lang w:val="sv-SE"/>
        </w:rPr>
        <w:t xml:space="preserve">Petunjuk Pengisian : </w:t>
      </w:r>
    </w:p>
    <w:p w14:paraId="7E603464" w14:textId="77777777" w:rsidR="00653BBF" w:rsidRDefault="00653BBF" w:rsidP="00653BBF">
      <w:pPr>
        <w:pStyle w:val="ListParagraph"/>
        <w:numPr>
          <w:ilvl w:val="0"/>
          <w:numId w:val="10"/>
        </w:numPr>
        <w:jc w:val="both"/>
        <w:rPr>
          <w:rFonts w:cs="Times New Roman"/>
          <w:lang w:val="sv-SE"/>
        </w:rPr>
      </w:pPr>
      <w:r>
        <w:rPr>
          <w:rFonts w:cs="Times New Roman"/>
          <w:lang w:val="sv-SE"/>
        </w:rPr>
        <w:t xml:space="preserve">Font Berwarna merah wajib di sesuaikan </w:t>
      </w:r>
    </w:p>
    <w:p w14:paraId="489B7335" w14:textId="77777777" w:rsidR="00653BBF" w:rsidRDefault="00653BBF" w:rsidP="00653BBF">
      <w:pPr>
        <w:pStyle w:val="ListParagraph"/>
        <w:numPr>
          <w:ilvl w:val="0"/>
          <w:numId w:val="10"/>
        </w:numPr>
        <w:jc w:val="both"/>
        <w:rPr>
          <w:rFonts w:cs="Times New Roman"/>
          <w:lang w:val="sv-SE"/>
        </w:rPr>
      </w:pPr>
      <w:r>
        <w:rPr>
          <w:rFonts w:cs="Times New Roman"/>
          <w:lang w:val="sv-SE"/>
        </w:rPr>
        <w:t xml:space="preserve">Di Print dengan ukuran kertas F4 </w:t>
      </w:r>
    </w:p>
    <w:p w14:paraId="30C8975A" w14:textId="5328358E" w:rsidR="00653BBF" w:rsidRPr="00653BBF" w:rsidRDefault="00653BBF" w:rsidP="00653BBF">
      <w:pPr>
        <w:pStyle w:val="ListParagraph"/>
        <w:numPr>
          <w:ilvl w:val="0"/>
          <w:numId w:val="10"/>
        </w:numPr>
        <w:jc w:val="both"/>
        <w:rPr>
          <w:rFonts w:cs="Times New Roman"/>
          <w:lang w:val="sv-SE"/>
        </w:rPr>
      </w:pPr>
      <w:r w:rsidRPr="00653BBF">
        <w:rPr>
          <w:rFonts w:cs="Times New Roman"/>
          <w:lang w:val="sv-SE"/>
        </w:rPr>
        <w:t>Font berwarna merah yang sudah dirubah wajib dirubah menjadi warna hitam</w:t>
      </w:r>
    </w:p>
    <w:p w14:paraId="0166E66C" w14:textId="77777777" w:rsidR="00653BBF" w:rsidRPr="00653BBF" w:rsidRDefault="00653BBF" w:rsidP="00653BBF">
      <w:pPr>
        <w:jc w:val="center"/>
        <w:rPr>
          <w:rFonts w:cs="Times New Roman"/>
          <w:b/>
          <w:lang w:val="sv-SE"/>
        </w:rPr>
      </w:pPr>
    </w:p>
    <w:p w14:paraId="68357A06" w14:textId="77777777" w:rsidR="00653BBF" w:rsidRPr="00653BBF" w:rsidRDefault="00653BBF" w:rsidP="00653BBF">
      <w:pPr>
        <w:jc w:val="center"/>
        <w:rPr>
          <w:rFonts w:cs="Times New Roman"/>
          <w:b/>
          <w:lang w:val="sv-SE"/>
        </w:rPr>
      </w:pPr>
    </w:p>
    <w:p w14:paraId="4F193EC7" w14:textId="77777777" w:rsidR="00653BBF" w:rsidRPr="00653BBF" w:rsidRDefault="00653BBF" w:rsidP="00653BBF">
      <w:pPr>
        <w:jc w:val="center"/>
        <w:rPr>
          <w:rFonts w:cs="Times New Roman"/>
          <w:lang w:val="sv-SE"/>
        </w:rPr>
      </w:pPr>
    </w:p>
    <w:sectPr w:rsidR="00653BBF" w:rsidRPr="00653BBF" w:rsidSect="00034616">
      <w:headerReference w:type="default" r:id="rId8"/>
      <w:pgSz w:w="12240" w:h="15840"/>
      <w:pgMar w:top="907" w:right="1247" w:bottom="964" w:left="1417" w:header="283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B2CEA" w14:textId="77777777" w:rsidR="001906F2" w:rsidRDefault="001906F2" w:rsidP="00653BBF">
      <w:r>
        <w:separator/>
      </w:r>
    </w:p>
  </w:endnote>
  <w:endnote w:type="continuationSeparator" w:id="0">
    <w:p w14:paraId="68F05140" w14:textId="77777777" w:rsidR="001906F2" w:rsidRDefault="001906F2" w:rsidP="00653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FD709" w14:textId="77777777" w:rsidR="001906F2" w:rsidRDefault="001906F2" w:rsidP="00653BBF">
      <w:r>
        <w:separator/>
      </w:r>
    </w:p>
  </w:footnote>
  <w:footnote w:type="continuationSeparator" w:id="0">
    <w:p w14:paraId="28585183" w14:textId="77777777" w:rsidR="001906F2" w:rsidRDefault="001906F2" w:rsidP="00653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4459D" w14:textId="4A92EA97" w:rsidR="00653BBF" w:rsidRDefault="00653BB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13E8ED5" wp14:editId="5A8E1245">
          <wp:simplePos x="0" y="0"/>
          <wp:positionH relativeFrom="column">
            <wp:posOffset>-309245</wp:posOffset>
          </wp:positionH>
          <wp:positionV relativeFrom="paragraph">
            <wp:posOffset>-293272</wp:posOffset>
          </wp:positionV>
          <wp:extent cx="6619711" cy="10123793"/>
          <wp:effectExtent l="0" t="0" r="0" b="0"/>
          <wp:wrapNone/>
          <wp:docPr id="200244315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443150" name="Picture 200244315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19711" cy="101237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3A56177"/>
    <w:multiLevelType w:val="hybridMultilevel"/>
    <w:tmpl w:val="E5BE590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906F2"/>
    <w:rsid w:val="0029639D"/>
    <w:rsid w:val="00326F90"/>
    <w:rsid w:val="00587344"/>
    <w:rsid w:val="00653BBF"/>
    <w:rsid w:val="00971B2B"/>
    <w:rsid w:val="00AA1D8D"/>
    <w:rsid w:val="00B47730"/>
    <w:rsid w:val="00C973B4"/>
    <w:rsid w:val="00CB0664"/>
    <w:rsid w:val="00D747A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2FD1E9A"/>
  <w14:defaultImageDpi w14:val="300"/>
  <w15:docId w15:val="{20D828FF-A9F2-4D20-AAE2-C67C9FACC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Mohammad Faizal Amir</cp:lastModifiedBy>
  <cp:revision>3</cp:revision>
  <dcterms:created xsi:type="dcterms:W3CDTF">2026-08-20T04:07:00Z</dcterms:created>
  <dcterms:modified xsi:type="dcterms:W3CDTF">2026-08-20T05:57:00Z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861e5480-bd3a-4888-aac7-3e332ef2eba5</vt:lpwstr>
  </property>
</Properties>
</file>