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FC4DF" w14:textId="77777777" w:rsidR="00E15AB2" w:rsidRPr="009859D3" w:rsidRDefault="00E15AB2" w:rsidP="009859D3"/>
    <w:p w14:paraId="6355210E" w14:textId="77777777" w:rsidR="0067060D" w:rsidRPr="009859D3" w:rsidRDefault="0067060D" w:rsidP="009859D3">
      <w:pPr>
        <w:rPr>
          <w:lang w:val="sv-SE"/>
        </w:rPr>
      </w:pPr>
    </w:p>
    <w:p w14:paraId="20420BCE" w14:textId="77777777" w:rsidR="0067060D" w:rsidRPr="009859D3" w:rsidRDefault="0067060D" w:rsidP="009859D3">
      <w:pPr>
        <w:rPr>
          <w:lang w:val="sv-SE"/>
        </w:rPr>
      </w:pPr>
    </w:p>
    <w:p w14:paraId="3C2540A6" w14:textId="77777777" w:rsidR="0067060D" w:rsidRPr="009859D3" w:rsidRDefault="0067060D" w:rsidP="009859D3">
      <w:pPr>
        <w:rPr>
          <w:lang w:val="sv-SE"/>
        </w:rPr>
      </w:pPr>
    </w:p>
    <w:p w14:paraId="0B49AA76" w14:textId="77777777" w:rsidR="0067060D" w:rsidRPr="009859D3" w:rsidRDefault="0067060D" w:rsidP="009859D3">
      <w:pPr>
        <w:rPr>
          <w:lang w:val="sv-SE"/>
        </w:rPr>
      </w:pPr>
    </w:p>
    <w:p w14:paraId="0DC00D5E" w14:textId="77777777" w:rsidR="0067060D" w:rsidRPr="009859D3" w:rsidRDefault="0067060D" w:rsidP="009859D3">
      <w:pPr>
        <w:rPr>
          <w:lang w:val="sv-SE"/>
        </w:rPr>
      </w:pPr>
    </w:p>
    <w:p w14:paraId="36BFBE4C" w14:textId="77777777" w:rsidR="0067060D" w:rsidRPr="009859D3" w:rsidRDefault="0067060D" w:rsidP="009859D3">
      <w:pPr>
        <w:rPr>
          <w:lang w:val="sv-SE"/>
        </w:rPr>
      </w:pPr>
    </w:p>
    <w:p w14:paraId="5867F47C" w14:textId="77777777" w:rsidR="0067060D" w:rsidRPr="009859D3" w:rsidRDefault="0067060D" w:rsidP="009859D3">
      <w:pPr>
        <w:rPr>
          <w:lang w:val="sv-SE"/>
        </w:rPr>
      </w:pPr>
    </w:p>
    <w:p w14:paraId="0541127B" w14:textId="77777777" w:rsidR="0067060D" w:rsidRPr="009859D3" w:rsidRDefault="0067060D" w:rsidP="009859D3">
      <w:pPr>
        <w:rPr>
          <w:lang w:val="sv-SE"/>
        </w:rPr>
      </w:pPr>
    </w:p>
    <w:p w14:paraId="394C6832" w14:textId="0E477241" w:rsidR="009859D3" w:rsidRPr="009859D3" w:rsidRDefault="009859D3" w:rsidP="009859D3">
      <w:pPr>
        <w:rPr>
          <w:rFonts w:cs="Times New Roman"/>
          <w:lang w:val="sv-SE"/>
        </w:rPr>
      </w:pPr>
      <w:r w:rsidRPr="009859D3">
        <w:rPr>
          <w:rFonts w:cs="Times New Roman"/>
          <w:lang w:val="sv-SE"/>
        </w:rPr>
        <w:t>Nomor</w:t>
      </w:r>
      <w:r w:rsidRPr="009859D3">
        <w:rPr>
          <w:rFonts w:cs="Times New Roman"/>
          <w:lang w:val="sv-SE"/>
        </w:rPr>
        <w:tab/>
      </w:r>
      <w:r w:rsidRPr="009859D3">
        <w:rPr>
          <w:lang w:val="da-DK"/>
        </w:rPr>
        <w:t>:    /</w:t>
      </w:r>
      <w:r w:rsidRPr="009859D3">
        <w:rPr>
          <w:lang w:val="sv-SE"/>
        </w:rPr>
        <w:t>II.3.AU</w:t>
      </w:r>
      <w:r w:rsidRPr="009859D3">
        <w:rPr>
          <w:lang w:val="da-DK"/>
        </w:rPr>
        <w:t>/08.00/B/</w:t>
      </w:r>
      <w:r w:rsidRPr="009859D3">
        <w:rPr>
          <w:lang w:val="da-DK"/>
        </w:rPr>
        <w:t>UND</w:t>
      </w:r>
      <w:r w:rsidRPr="009859D3">
        <w:rPr>
          <w:lang w:val="da-DK"/>
        </w:rPr>
        <w:t>/       /</w:t>
      </w:r>
      <w:r w:rsidRPr="009859D3">
        <w:rPr>
          <w:rFonts w:cs="Times New Roman"/>
          <w:color w:val="FF0000"/>
          <w:lang w:val="sv-SE"/>
        </w:rPr>
        <w:t xml:space="preserve">        (Kosongi yang mengisi admin Fakultas)</w:t>
      </w:r>
    </w:p>
    <w:p w14:paraId="434619C9" w14:textId="77777777" w:rsidR="009859D3" w:rsidRPr="009859D3" w:rsidRDefault="009859D3" w:rsidP="009859D3">
      <w:pPr>
        <w:rPr>
          <w:rFonts w:cs="Times New Roman"/>
          <w:lang w:val="sv-SE"/>
        </w:rPr>
      </w:pPr>
      <w:r w:rsidRPr="009859D3">
        <w:rPr>
          <w:rFonts w:cs="Times New Roman"/>
          <w:lang w:val="sv-SE"/>
        </w:rPr>
        <w:t>Lamp</w:t>
      </w:r>
      <w:r w:rsidRPr="009859D3">
        <w:rPr>
          <w:rFonts w:cs="Times New Roman"/>
          <w:lang w:val="sv-SE"/>
        </w:rPr>
        <w:tab/>
        <w:t>:  --</w:t>
      </w:r>
    </w:p>
    <w:p w14:paraId="2C7EF630" w14:textId="735819C5" w:rsidR="0067060D" w:rsidRPr="009859D3" w:rsidRDefault="009859D3" w:rsidP="009859D3">
      <w:pPr>
        <w:rPr>
          <w:lang w:val="sv-SE"/>
        </w:rPr>
      </w:pPr>
      <w:r w:rsidRPr="009859D3">
        <w:rPr>
          <w:rFonts w:cs="Times New Roman"/>
          <w:lang w:val="sv-SE"/>
        </w:rPr>
        <w:t>Hal</w:t>
      </w:r>
      <w:r w:rsidRPr="009859D3">
        <w:rPr>
          <w:rFonts w:cs="Times New Roman"/>
          <w:lang w:val="sv-SE"/>
        </w:rPr>
        <w:tab/>
        <w:t xml:space="preserve">: </w:t>
      </w:r>
      <w:r w:rsidRPr="009859D3">
        <w:rPr>
          <w:b/>
          <w:lang w:val="sv-SE"/>
        </w:rPr>
        <w:t>Permohonan Izin Pelaksanaan Projek Kepemimpinan</w:t>
      </w:r>
    </w:p>
    <w:p w14:paraId="4FD95F62" w14:textId="77777777" w:rsidR="0067060D" w:rsidRPr="009859D3" w:rsidRDefault="0067060D" w:rsidP="009859D3">
      <w:pPr>
        <w:rPr>
          <w:lang w:val="sv-SE"/>
        </w:rPr>
      </w:pPr>
    </w:p>
    <w:p w14:paraId="51406F1C" w14:textId="67FF7FDE" w:rsidR="00E15AB2" w:rsidRPr="009859D3" w:rsidRDefault="00000000" w:rsidP="009859D3">
      <w:pPr>
        <w:rPr>
          <w:b/>
          <w:bCs/>
          <w:lang w:val="sv-SE"/>
        </w:rPr>
      </w:pPr>
      <w:r w:rsidRPr="009859D3">
        <w:rPr>
          <w:b/>
          <w:bCs/>
          <w:lang w:val="sv-SE"/>
        </w:rPr>
        <w:t xml:space="preserve">Yth. Bapak/Ibu </w:t>
      </w:r>
      <w:r w:rsidRPr="009859D3">
        <w:rPr>
          <w:b/>
          <w:bCs/>
          <w:color w:val="EE0000"/>
          <w:lang w:val="sv-SE"/>
        </w:rPr>
        <w:t>[Nama Narasumber, gelar]</w:t>
      </w:r>
    </w:p>
    <w:p w14:paraId="2FF365AE" w14:textId="77777777" w:rsidR="00E15AB2" w:rsidRPr="009859D3" w:rsidRDefault="00000000" w:rsidP="009859D3">
      <w:pPr>
        <w:rPr>
          <w:lang w:val="sv-SE"/>
        </w:rPr>
      </w:pPr>
      <w:r w:rsidRPr="009859D3">
        <w:rPr>
          <w:color w:val="EE0000"/>
          <w:lang w:val="sv-SE"/>
        </w:rPr>
        <w:t>[Instansi/Jabatan]</w:t>
      </w:r>
    </w:p>
    <w:p w14:paraId="27909C41" w14:textId="77777777" w:rsidR="00E15AB2" w:rsidRPr="009859D3" w:rsidRDefault="00000000" w:rsidP="009859D3">
      <w:pPr>
        <w:rPr>
          <w:lang w:val="sv-SE"/>
        </w:rPr>
      </w:pPr>
      <w:r w:rsidRPr="009859D3">
        <w:rPr>
          <w:lang w:val="sv-SE"/>
        </w:rPr>
        <w:t>di tempat</w:t>
      </w:r>
    </w:p>
    <w:p w14:paraId="7D998D11" w14:textId="77777777" w:rsidR="009859D3" w:rsidRPr="009859D3" w:rsidRDefault="009859D3" w:rsidP="009859D3">
      <w:pPr>
        <w:rPr>
          <w:lang w:val="sv-SE"/>
        </w:rPr>
      </w:pPr>
    </w:p>
    <w:p w14:paraId="71C72D7F" w14:textId="77777777" w:rsidR="00E15AB2" w:rsidRPr="009859D3" w:rsidRDefault="00000000" w:rsidP="009859D3">
      <w:pPr>
        <w:spacing w:before="100" w:after="100"/>
        <w:rPr>
          <w:lang w:val="sv-SE"/>
        </w:rPr>
      </w:pPr>
      <w:r w:rsidRPr="009859D3">
        <w:rPr>
          <w:i/>
          <w:lang w:val="sv-SE"/>
        </w:rPr>
        <w:t>Assalamu'alaikum warahmatullahi wabarakatuh</w:t>
      </w:r>
    </w:p>
    <w:p w14:paraId="012950B6" w14:textId="77777777" w:rsidR="00E15AB2" w:rsidRPr="009859D3" w:rsidRDefault="00000000" w:rsidP="009859D3">
      <w:pPr>
        <w:spacing w:after="100"/>
        <w:ind w:firstLine="510"/>
        <w:jc w:val="both"/>
        <w:rPr>
          <w:lang w:val="sv-SE"/>
        </w:rPr>
      </w:pPr>
      <w:r w:rsidRPr="009859D3">
        <w:rPr>
          <w:lang w:val="sv-SE"/>
        </w:rPr>
        <w:t>Dalam rangka pelaksanaan Mata Kuliah Projek Kepemimpinan Program Studi Pendidikan Profesi Guru (PPG) Calon Guru Gelombang 1 Semester 2 Tahun 2026, Fakultas Pendidikan dan Studi Islam Universitas Muhammadiyah Sidoarjo, salah satu kelompok mahasiswa akan menyelenggarakan kegiatan sebagai bagian dari implementasi projek.</w:t>
      </w:r>
    </w:p>
    <w:p w14:paraId="2909F510" w14:textId="77777777" w:rsidR="00E15AB2" w:rsidRPr="009859D3" w:rsidRDefault="00000000" w:rsidP="009859D3">
      <w:pPr>
        <w:spacing w:after="100"/>
        <w:jc w:val="both"/>
        <w:rPr>
          <w:lang w:val="sv-SE"/>
        </w:rPr>
      </w:pPr>
      <w:r w:rsidRPr="009859D3">
        <w:rPr>
          <w:lang w:val="sv-SE"/>
        </w:rPr>
        <w:t>Sehubungan dengan kompetensi dan pengalaman Bapak/Ibu yang relevan dengan tema kegiatan, kami memohon kesediaan Bapak/Ibu untuk menjadi narasumber pada kegiatan berikut:</w:t>
      </w:r>
    </w:p>
    <w:p w14:paraId="5CB4E035" w14:textId="77777777" w:rsidR="009859D3" w:rsidRPr="009859D3" w:rsidRDefault="009859D3" w:rsidP="009859D3">
      <w:pPr>
        <w:spacing w:after="100"/>
        <w:jc w:val="both"/>
        <w:rPr>
          <w:lang w:val="sv-SE"/>
        </w:rPr>
      </w:pPr>
    </w:p>
    <w:p w14:paraId="4AFD8A7E" w14:textId="4AEF1BB7" w:rsidR="009859D3" w:rsidRPr="009859D3" w:rsidRDefault="009859D3" w:rsidP="009859D3">
      <w:pPr>
        <w:spacing w:after="100"/>
        <w:jc w:val="both"/>
        <w:rPr>
          <w:b/>
          <w:lang w:val="sv-SE"/>
        </w:rPr>
      </w:pPr>
      <w:r w:rsidRPr="009859D3">
        <w:rPr>
          <w:b/>
          <w:lang w:val="sv-SE"/>
        </w:rPr>
        <w:t>Nama Projek/Kegiatan</w:t>
      </w:r>
      <w:r w:rsidRPr="009859D3">
        <w:rPr>
          <w:b/>
          <w:lang w:val="sv-SE"/>
        </w:rPr>
        <w:tab/>
        <w:t xml:space="preserve">: </w:t>
      </w:r>
      <w:r w:rsidRPr="009859D3">
        <w:rPr>
          <w:color w:val="EE0000"/>
          <w:lang w:val="sv-SE"/>
        </w:rPr>
        <w:t>[Nama projek/kegiatan]</w:t>
      </w:r>
    </w:p>
    <w:p w14:paraId="17BFB7C4" w14:textId="58418424" w:rsidR="009859D3" w:rsidRPr="009859D3" w:rsidRDefault="009859D3" w:rsidP="009859D3">
      <w:pPr>
        <w:spacing w:after="100"/>
        <w:jc w:val="both"/>
        <w:rPr>
          <w:b/>
          <w:lang w:val="sv-SE"/>
        </w:rPr>
      </w:pPr>
      <w:r w:rsidRPr="009859D3">
        <w:rPr>
          <w:b/>
          <w:lang w:val="sv-SE"/>
        </w:rPr>
        <w:t>Tema/Materi</w:t>
      </w:r>
      <w:r w:rsidRPr="009859D3">
        <w:rPr>
          <w:b/>
          <w:lang w:val="sv-SE"/>
        </w:rPr>
        <w:tab/>
      </w:r>
      <w:r w:rsidRPr="009859D3">
        <w:rPr>
          <w:b/>
          <w:lang w:val="sv-SE"/>
        </w:rPr>
        <w:tab/>
      </w:r>
      <w:r w:rsidRPr="009859D3">
        <w:rPr>
          <w:b/>
          <w:lang w:val="sv-SE"/>
        </w:rPr>
        <w:tab/>
        <w:t>:</w:t>
      </w:r>
      <w:r w:rsidRPr="009859D3">
        <w:rPr>
          <w:lang w:val="sv-SE"/>
        </w:rPr>
        <w:t xml:space="preserve"> </w:t>
      </w:r>
      <w:r w:rsidRPr="009859D3">
        <w:rPr>
          <w:color w:val="EE0000"/>
          <w:lang w:val="sv-SE"/>
        </w:rPr>
        <w:t>[Tema atau materi yang dimohonkan]</w:t>
      </w:r>
    </w:p>
    <w:p w14:paraId="6544560D" w14:textId="5CA9391A" w:rsidR="009859D3" w:rsidRPr="009859D3" w:rsidRDefault="009859D3" w:rsidP="009859D3">
      <w:pPr>
        <w:spacing w:after="100"/>
        <w:jc w:val="both"/>
        <w:rPr>
          <w:b/>
          <w:lang w:val="sv-SE"/>
        </w:rPr>
      </w:pPr>
      <w:r w:rsidRPr="009859D3">
        <w:rPr>
          <w:b/>
          <w:lang w:val="sv-SE"/>
        </w:rPr>
        <w:t>Hari/Tanggal</w:t>
      </w:r>
      <w:r w:rsidRPr="009859D3">
        <w:rPr>
          <w:b/>
          <w:lang w:val="sv-SE"/>
        </w:rPr>
        <w:tab/>
      </w:r>
      <w:r w:rsidRPr="009859D3">
        <w:rPr>
          <w:b/>
          <w:lang w:val="sv-SE"/>
        </w:rPr>
        <w:tab/>
      </w:r>
      <w:r w:rsidRPr="009859D3">
        <w:rPr>
          <w:b/>
          <w:lang w:val="sv-SE"/>
        </w:rPr>
        <w:tab/>
        <w:t>:</w:t>
      </w:r>
      <w:r w:rsidRPr="009859D3">
        <w:rPr>
          <w:lang w:val="sv-SE"/>
        </w:rPr>
        <w:t xml:space="preserve"> </w:t>
      </w:r>
      <w:r w:rsidRPr="009859D3">
        <w:rPr>
          <w:color w:val="EE0000"/>
          <w:lang w:val="sv-SE"/>
        </w:rPr>
        <w:t>[Hari, tanggal]</w:t>
      </w:r>
    </w:p>
    <w:p w14:paraId="5A560FCC" w14:textId="1E258433" w:rsidR="009859D3" w:rsidRPr="009859D3" w:rsidRDefault="009859D3" w:rsidP="009859D3">
      <w:pPr>
        <w:spacing w:after="100"/>
        <w:jc w:val="both"/>
        <w:rPr>
          <w:b/>
          <w:color w:val="EE0000"/>
          <w:lang w:val="sv-SE"/>
        </w:rPr>
      </w:pPr>
      <w:r w:rsidRPr="009859D3">
        <w:rPr>
          <w:b/>
          <w:lang w:val="sv-SE"/>
        </w:rPr>
        <w:t>Waktu</w:t>
      </w:r>
      <w:r w:rsidRPr="009859D3">
        <w:rPr>
          <w:b/>
          <w:lang w:val="sv-SE"/>
        </w:rPr>
        <w:tab/>
      </w:r>
      <w:r w:rsidRPr="009859D3">
        <w:rPr>
          <w:b/>
          <w:lang w:val="sv-SE"/>
        </w:rPr>
        <w:tab/>
      </w:r>
      <w:r w:rsidRPr="009859D3">
        <w:rPr>
          <w:b/>
          <w:lang w:val="sv-SE"/>
        </w:rPr>
        <w:tab/>
      </w:r>
      <w:r w:rsidRPr="009859D3">
        <w:rPr>
          <w:b/>
          <w:lang w:val="sv-SE"/>
        </w:rPr>
        <w:tab/>
        <w:t>:</w:t>
      </w:r>
      <w:r w:rsidRPr="009859D3">
        <w:rPr>
          <w:lang w:val="sv-SE"/>
        </w:rPr>
        <w:t xml:space="preserve"> </w:t>
      </w:r>
      <w:r w:rsidRPr="009859D3">
        <w:rPr>
          <w:color w:val="EE0000"/>
          <w:lang w:val="sv-SE"/>
        </w:rPr>
        <w:t>[Pukul]</w:t>
      </w:r>
    </w:p>
    <w:p w14:paraId="5A05C0BD" w14:textId="6F752F3C" w:rsidR="009859D3" w:rsidRPr="009859D3" w:rsidRDefault="009859D3" w:rsidP="009859D3">
      <w:pPr>
        <w:spacing w:after="100"/>
        <w:jc w:val="both"/>
        <w:rPr>
          <w:b/>
          <w:lang w:val="sv-SE"/>
        </w:rPr>
      </w:pPr>
      <w:r w:rsidRPr="009859D3">
        <w:rPr>
          <w:b/>
          <w:lang w:val="sv-SE"/>
        </w:rPr>
        <w:t>Tempat</w:t>
      </w:r>
      <w:r w:rsidRPr="009859D3">
        <w:rPr>
          <w:b/>
          <w:lang w:val="sv-SE"/>
        </w:rPr>
        <w:tab/>
      </w:r>
      <w:r w:rsidRPr="009859D3">
        <w:rPr>
          <w:b/>
          <w:lang w:val="sv-SE"/>
        </w:rPr>
        <w:tab/>
      </w:r>
      <w:r w:rsidRPr="009859D3">
        <w:rPr>
          <w:b/>
          <w:lang w:val="sv-SE"/>
        </w:rPr>
        <w:tab/>
        <w:t>:</w:t>
      </w:r>
      <w:r w:rsidRPr="009859D3">
        <w:rPr>
          <w:lang w:val="sv-SE"/>
        </w:rPr>
        <w:t xml:space="preserve"> </w:t>
      </w:r>
      <w:r w:rsidRPr="009859D3">
        <w:rPr>
          <w:color w:val="EE0000"/>
          <w:lang w:val="sv-SE"/>
        </w:rPr>
        <w:t>[Lokasi / daring]</w:t>
      </w:r>
    </w:p>
    <w:p w14:paraId="45CD4B34" w14:textId="7DA20036" w:rsidR="009859D3" w:rsidRPr="009859D3" w:rsidRDefault="009859D3" w:rsidP="009859D3">
      <w:pPr>
        <w:spacing w:after="100"/>
        <w:jc w:val="both"/>
        <w:rPr>
          <w:b/>
          <w:lang w:val="sv-SE"/>
        </w:rPr>
      </w:pPr>
      <w:r w:rsidRPr="009859D3">
        <w:rPr>
          <w:b/>
          <w:lang w:val="sv-SE"/>
        </w:rPr>
        <w:t>Sasaran/Peserta</w:t>
      </w:r>
      <w:r w:rsidRPr="009859D3">
        <w:rPr>
          <w:b/>
          <w:lang w:val="sv-SE"/>
        </w:rPr>
        <w:tab/>
      </w:r>
      <w:r w:rsidRPr="009859D3">
        <w:rPr>
          <w:b/>
          <w:lang w:val="sv-SE"/>
        </w:rPr>
        <w:tab/>
        <w:t>:</w:t>
      </w:r>
      <w:r w:rsidRPr="009859D3">
        <w:rPr>
          <w:lang w:val="sv-SE"/>
        </w:rPr>
        <w:t xml:space="preserve"> </w:t>
      </w:r>
      <w:r w:rsidRPr="009859D3">
        <w:rPr>
          <w:color w:val="EE0000"/>
          <w:lang w:val="sv-SE"/>
        </w:rPr>
        <w:t>[Sasaran dan perkiraan jumlah]</w:t>
      </w:r>
    </w:p>
    <w:p w14:paraId="149FE7CA" w14:textId="7C5F526D" w:rsidR="009859D3" w:rsidRPr="009859D3" w:rsidRDefault="009859D3" w:rsidP="009859D3">
      <w:pPr>
        <w:spacing w:after="100"/>
        <w:jc w:val="both"/>
        <w:rPr>
          <w:b/>
        </w:rPr>
      </w:pPr>
      <w:proofErr w:type="spellStart"/>
      <w:r w:rsidRPr="009859D3">
        <w:rPr>
          <w:b/>
        </w:rPr>
        <w:t>Kelompok</w:t>
      </w:r>
      <w:proofErr w:type="spellEnd"/>
      <w:r w:rsidRPr="009859D3">
        <w:rPr>
          <w:b/>
        </w:rPr>
        <w:t xml:space="preserve"> </w:t>
      </w:r>
      <w:proofErr w:type="spellStart"/>
      <w:r w:rsidRPr="009859D3">
        <w:rPr>
          <w:b/>
        </w:rPr>
        <w:t>Mahasiswa</w:t>
      </w:r>
      <w:proofErr w:type="spellEnd"/>
      <w:r w:rsidRPr="009859D3">
        <w:rPr>
          <w:b/>
        </w:rPr>
        <w:tab/>
      </w:r>
      <w:r w:rsidRPr="009859D3">
        <w:rPr>
          <w:b/>
        </w:rPr>
        <w:tab/>
        <w:t>:</w:t>
      </w:r>
      <w:r w:rsidRPr="009859D3">
        <w:t xml:space="preserve"> </w:t>
      </w:r>
      <w:r w:rsidRPr="009859D3">
        <w:rPr>
          <w:color w:val="EE0000"/>
        </w:rPr>
        <w:t xml:space="preserve">[Kode/nama </w:t>
      </w:r>
      <w:proofErr w:type="spellStart"/>
      <w:r w:rsidRPr="009859D3">
        <w:rPr>
          <w:color w:val="EE0000"/>
        </w:rPr>
        <w:t>kelompok</w:t>
      </w:r>
      <w:proofErr w:type="spellEnd"/>
      <w:r w:rsidRPr="009859D3">
        <w:rPr>
          <w:color w:val="EE0000"/>
        </w:rPr>
        <w:t>]</w:t>
      </w:r>
    </w:p>
    <w:p w14:paraId="20840CC6" w14:textId="1D8F4AC8" w:rsidR="009859D3" w:rsidRPr="009859D3" w:rsidRDefault="009859D3" w:rsidP="009859D3">
      <w:pPr>
        <w:spacing w:after="100"/>
        <w:jc w:val="both"/>
        <w:rPr>
          <w:lang w:val="sv-SE"/>
        </w:rPr>
      </w:pPr>
      <w:r w:rsidRPr="009859D3">
        <w:rPr>
          <w:b/>
          <w:lang w:val="sv-SE"/>
        </w:rPr>
        <w:t>Dosen Pembimbing Projek</w:t>
      </w:r>
      <w:r w:rsidRPr="009859D3">
        <w:rPr>
          <w:b/>
          <w:lang w:val="sv-SE"/>
        </w:rPr>
        <w:tab/>
        <w:t>:</w:t>
      </w:r>
      <w:r w:rsidRPr="009859D3">
        <w:rPr>
          <w:lang w:val="sv-SE"/>
        </w:rPr>
        <w:t xml:space="preserve"> </w:t>
      </w:r>
      <w:r w:rsidRPr="009859D3">
        <w:rPr>
          <w:color w:val="EE0000"/>
          <w:lang w:val="sv-SE"/>
        </w:rPr>
        <w:t>[Nama DPP]</w:t>
      </w:r>
    </w:p>
    <w:p w14:paraId="7198880B" w14:textId="77777777" w:rsidR="009859D3" w:rsidRPr="009859D3" w:rsidRDefault="009859D3" w:rsidP="009859D3">
      <w:pPr>
        <w:spacing w:after="100"/>
        <w:jc w:val="both"/>
        <w:rPr>
          <w:lang w:val="sv-SE"/>
        </w:rPr>
      </w:pPr>
    </w:p>
    <w:p w14:paraId="6A66DDF1" w14:textId="77777777" w:rsidR="00E15AB2" w:rsidRPr="009859D3" w:rsidRDefault="00000000" w:rsidP="009859D3">
      <w:pPr>
        <w:spacing w:after="100"/>
        <w:ind w:firstLine="567"/>
        <w:jc w:val="both"/>
        <w:rPr>
          <w:lang w:val="sv-SE"/>
        </w:rPr>
      </w:pPr>
      <w:r w:rsidRPr="009859D3">
        <w:rPr>
          <w:lang w:val="sv-SE"/>
        </w:rPr>
        <w:t xml:space="preserve">Materi dapat disesuaikan dengan kebutuhan sasaran dan hasil koordinasi dengan kelompok mahasiswa/Dosen Pembimbing Projek. Untuk konfirmasi teknis, Bapak/Ibu dapat menghubungi </w:t>
      </w:r>
      <w:r w:rsidRPr="009859D3">
        <w:rPr>
          <w:color w:val="EE0000"/>
          <w:lang w:val="sv-SE"/>
        </w:rPr>
        <w:t xml:space="preserve">[nama PIC] </w:t>
      </w:r>
      <w:r w:rsidRPr="009859D3">
        <w:rPr>
          <w:lang w:val="sv-SE"/>
        </w:rPr>
        <w:t xml:space="preserve">melalui </w:t>
      </w:r>
      <w:r w:rsidRPr="009859D3">
        <w:rPr>
          <w:color w:val="EE0000"/>
          <w:lang w:val="sv-SE"/>
        </w:rPr>
        <w:t>[nomor kontak]</w:t>
      </w:r>
      <w:r w:rsidRPr="009859D3">
        <w:rPr>
          <w:lang w:val="sv-SE"/>
        </w:rPr>
        <w:t>.</w:t>
      </w:r>
    </w:p>
    <w:p w14:paraId="075D4DCE" w14:textId="77777777" w:rsidR="00E15AB2" w:rsidRPr="009859D3" w:rsidRDefault="00000000" w:rsidP="009859D3">
      <w:pPr>
        <w:spacing w:after="100"/>
        <w:ind w:firstLine="567"/>
        <w:jc w:val="both"/>
        <w:rPr>
          <w:lang w:val="sv-SE"/>
        </w:rPr>
      </w:pPr>
      <w:r w:rsidRPr="009859D3">
        <w:rPr>
          <w:lang w:val="sv-SE"/>
        </w:rPr>
        <w:t>Demikian permohonan ini kami sampaikan. Atas kesediaan dan kontribusi Bapak/Ibu, kami sampaikan terima kasih.</w:t>
      </w:r>
    </w:p>
    <w:p w14:paraId="217E96DA" w14:textId="77777777" w:rsidR="00E15AB2" w:rsidRPr="009859D3" w:rsidRDefault="00000000" w:rsidP="009859D3">
      <w:pPr>
        <w:spacing w:before="120" w:after="100"/>
      </w:pPr>
      <w:proofErr w:type="spellStart"/>
      <w:r w:rsidRPr="009859D3">
        <w:rPr>
          <w:i/>
        </w:rPr>
        <w:t>Wassalamu'alaikum</w:t>
      </w:r>
      <w:proofErr w:type="spellEnd"/>
      <w:r w:rsidRPr="009859D3">
        <w:rPr>
          <w:i/>
        </w:rPr>
        <w:t xml:space="preserve"> </w:t>
      </w:r>
      <w:proofErr w:type="spellStart"/>
      <w:r w:rsidRPr="009859D3">
        <w:rPr>
          <w:i/>
        </w:rPr>
        <w:t>warahmatullahi</w:t>
      </w:r>
      <w:proofErr w:type="spellEnd"/>
      <w:r w:rsidRPr="009859D3">
        <w:rPr>
          <w:i/>
        </w:rPr>
        <w:t xml:space="preserve"> </w:t>
      </w:r>
      <w:proofErr w:type="spellStart"/>
      <w:r w:rsidRPr="009859D3">
        <w:rPr>
          <w:i/>
        </w:rPr>
        <w:t>wabarakatuh</w:t>
      </w:r>
      <w:proofErr w:type="spellEnd"/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788"/>
        <w:gridCol w:w="4788"/>
      </w:tblGrid>
      <w:tr w:rsidR="00E15AB2" w:rsidRPr="009859D3" w14:paraId="45BD5120" w14:textId="77777777">
        <w:trPr>
          <w:jc w:val="right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106DF9D2" w14:textId="77777777" w:rsidR="00E15AB2" w:rsidRPr="009859D3" w:rsidRDefault="00E15AB2" w:rsidP="009859D3"/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6615B1D9" w14:textId="6020EF44" w:rsidR="00E15AB2" w:rsidRPr="009859D3" w:rsidRDefault="00000000" w:rsidP="009859D3">
            <w:pPr>
              <w:rPr>
                <w:lang w:val="sv-SE"/>
              </w:rPr>
            </w:pPr>
            <w:r w:rsidRPr="009859D3">
              <w:rPr>
                <w:lang w:val="sv-SE"/>
              </w:rPr>
              <w:t xml:space="preserve">Sidoarjo, </w:t>
            </w:r>
            <w:r w:rsidR="009859D3" w:rsidRPr="009859D3">
              <w:rPr>
                <w:color w:val="EE0000"/>
                <w:lang w:val="sv-SE"/>
              </w:rPr>
              <w:t>[TT/BB/THN]</w:t>
            </w:r>
          </w:p>
          <w:p w14:paraId="6954B363" w14:textId="77777777" w:rsidR="00E15AB2" w:rsidRPr="009859D3" w:rsidRDefault="00000000" w:rsidP="009859D3">
            <w:pPr>
              <w:rPr>
                <w:lang w:val="sv-SE"/>
              </w:rPr>
            </w:pPr>
            <w:r w:rsidRPr="009859D3">
              <w:rPr>
                <w:lang w:val="sv-SE"/>
              </w:rPr>
              <w:t>Dekan Fakultas Pendidikan dan Studi Islam</w:t>
            </w:r>
          </w:p>
          <w:p w14:paraId="7172C9D5" w14:textId="77777777" w:rsidR="00E15AB2" w:rsidRPr="009859D3" w:rsidRDefault="00E15AB2" w:rsidP="009859D3">
            <w:pPr>
              <w:spacing w:after="560"/>
              <w:rPr>
                <w:lang w:val="sv-SE"/>
              </w:rPr>
            </w:pPr>
          </w:p>
          <w:p w14:paraId="5BB5EDA8" w14:textId="384E0437" w:rsidR="00E15AB2" w:rsidRDefault="009859D3" w:rsidP="009859D3">
            <w:pPr>
              <w:rPr>
                <w:b/>
                <w:lang w:val="sv-SE"/>
              </w:rPr>
            </w:pPr>
            <w:r w:rsidRPr="009859D3">
              <w:rPr>
                <w:b/>
                <w:lang w:val="sv-SE"/>
              </w:rPr>
              <w:t>Dr. Septi Budi Sartika,M.Pd.</w:t>
            </w:r>
          </w:p>
          <w:p w14:paraId="7622ACF0" w14:textId="77777777" w:rsidR="009859D3" w:rsidRDefault="009859D3" w:rsidP="009859D3">
            <w:pPr>
              <w:rPr>
                <w:b/>
                <w:lang w:val="sv-SE"/>
              </w:rPr>
            </w:pPr>
          </w:p>
          <w:p w14:paraId="6F544E9B" w14:textId="77777777" w:rsidR="009859D3" w:rsidRDefault="009859D3" w:rsidP="009859D3">
            <w:pPr>
              <w:rPr>
                <w:b/>
                <w:lang w:val="sv-SE"/>
              </w:rPr>
            </w:pPr>
          </w:p>
          <w:p w14:paraId="2F84B095" w14:textId="77777777" w:rsidR="009859D3" w:rsidRDefault="009859D3" w:rsidP="009859D3">
            <w:pPr>
              <w:rPr>
                <w:b/>
                <w:lang w:val="sv-SE"/>
              </w:rPr>
            </w:pPr>
          </w:p>
          <w:p w14:paraId="45132146" w14:textId="77777777" w:rsidR="009859D3" w:rsidRDefault="009859D3" w:rsidP="009859D3">
            <w:pPr>
              <w:rPr>
                <w:b/>
                <w:lang w:val="sv-SE"/>
              </w:rPr>
            </w:pPr>
          </w:p>
          <w:p w14:paraId="645F06EB" w14:textId="77777777" w:rsidR="009859D3" w:rsidRDefault="009859D3" w:rsidP="009859D3">
            <w:pPr>
              <w:rPr>
                <w:b/>
                <w:lang w:val="sv-SE"/>
              </w:rPr>
            </w:pPr>
          </w:p>
          <w:p w14:paraId="0EFDE213" w14:textId="77777777" w:rsidR="009859D3" w:rsidRDefault="009859D3" w:rsidP="009859D3">
            <w:pPr>
              <w:rPr>
                <w:b/>
                <w:lang w:val="sv-SE"/>
              </w:rPr>
            </w:pPr>
          </w:p>
          <w:p w14:paraId="149C67AD" w14:textId="77777777" w:rsidR="009859D3" w:rsidRDefault="009859D3" w:rsidP="009859D3">
            <w:pPr>
              <w:rPr>
                <w:b/>
                <w:lang w:val="sv-SE"/>
              </w:rPr>
            </w:pPr>
          </w:p>
          <w:p w14:paraId="35E9C79B" w14:textId="77777777" w:rsidR="009859D3" w:rsidRDefault="009859D3" w:rsidP="009859D3">
            <w:pPr>
              <w:rPr>
                <w:b/>
                <w:lang w:val="sv-SE"/>
              </w:rPr>
            </w:pPr>
          </w:p>
          <w:p w14:paraId="37DA63C3" w14:textId="77777777" w:rsidR="009859D3" w:rsidRDefault="009859D3" w:rsidP="009859D3">
            <w:pPr>
              <w:rPr>
                <w:b/>
                <w:lang w:val="sv-SE"/>
              </w:rPr>
            </w:pPr>
          </w:p>
          <w:p w14:paraId="29205B9A" w14:textId="77777777" w:rsidR="009859D3" w:rsidRDefault="009859D3" w:rsidP="009859D3">
            <w:pPr>
              <w:rPr>
                <w:b/>
                <w:lang w:val="sv-SE"/>
              </w:rPr>
            </w:pPr>
          </w:p>
          <w:p w14:paraId="5D4A7038" w14:textId="77777777" w:rsidR="009859D3" w:rsidRDefault="009859D3" w:rsidP="009859D3">
            <w:pPr>
              <w:rPr>
                <w:b/>
                <w:lang w:val="sv-SE"/>
              </w:rPr>
            </w:pPr>
          </w:p>
          <w:p w14:paraId="5E54E4E8" w14:textId="77777777" w:rsidR="009859D3" w:rsidRPr="009859D3" w:rsidRDefault="009859D3" w:rsidP="009859D3">
            <w:pPr>
              <w:ind w:left="-4726"/>
              <w:rPr>
                <w:lang w:val="sv-SE"/>
              </w:rPr>
            </w:pPr>
          </w:p>
          <w:p w14:paraId="6D6B3AD8" w14:textId="6A87FA50" w:rsidR="00E15AB2" w:rsidRPr="009859D3" w:rsidRDefault="00E15AB2" w:rsidP="009859D3">
            <w:pPr>
              <w:rPr>
                <w:lang w:val="sv-SE"/>
              </w:rPr>
            </w:pPr>
          </w:p>
        </w:tc>
      </w:tr>
    </w:tbl>
    <w:p w14:paraId="62C4753C" w14:textId="77777777" w:rsidR="009859D3" w:rsidRDefault="009859D3" w:rsidP="009859D3">
      <w:pPr>
        <w:jc w:val="both"/>
        <w:rPr>
          <w:rFonts w:cs="Times New Roman"/>
          <w:lang w:val="sv-SE"/>
        </w:rPr>
      </w:pPr>
      <w:r>
        <w:rPr>
          <w:rFonts w:cs="Times New Roman"/>
          <w:lang w:val="sv-SE"/>
        </w:rPr>
        <w:lastRenderedPageBreak/>
        <w:t xml:space="preserve">Petunjuk Pengisian : </w:t>
      </w:r>
    </w:p>
    <w:p w14:paraId="25D25724" w14:textId="77777777" w:rsidR="009859D3" w:rsidRDefault="009859D3" w:rsidP="009859D3">
      <w:pPr>
        <w:pStyle w:val="ListParagraph"/>
        <w:numPr>
          <w:ilvl w:val="0"/>
          <w:numId w:val="10"/>
        </w:numPr>
        <w:jc w:val="both"/>
        <w:rPr>
          <w:rFonts w:cs="Times New Roman"/>
          <w:lang w:val="sv-SE"/>
        </w:rPr>
      </w:pPr>
      <w:r>
        <w:rPr>
          <w:rFonts w:cs="Times New Roman"/>
          <w:lang w:val="sv-SE"/>
        </w:rPr>
        <w:t xml:space="preserve">Font Berwarna merah wajib di sesuaikan </w:t>
      </w:r>
    </w:p>
    <w:p w14:paraId="1165B97A" w14:textId="77777777" w:rsidR="009859D3" w:rsidRDefault="009859D3" w:rsidP="009859D3">
      <w:pPr>
        <w:pStyle w:val="ListParagraph"/>
        <w:numPr>
          <w:ilvl w:val="0"/>
          <w:numId w:val="10"/>
        </w:numPr>
        <w:jc w:val="both"/>
        <w:rPr>
          <w:rFonts w:cs="Times New Roman"/>
          <w:lang w:val="sv-SE"/>
        </w:rPr>
      </w:pPr>
      <w:r>
        <w:rPr>
          <w:rFonts w:cs="Times New Roman"/>
          <w:lang w:val="sv-SE"/>
        </w:rPr>
        <w:t xml:space="preserve">Di Print dengan ukuran kertas F4 </w:t>
      </w:r>
    </w:p>
    <w:p w14:paraId="0ADE1EC1" w14:textId="0689360B" w:rsidR="006E29A7" w:rsidRPr="009859D3" w:rsidRDefault="009859D3" w:rsidP="009859D3">
      <w:pPr>
        <w:rPr>
          <w:lang w:val="sv-SE"/>
        </w:rPr>
      </w:pPr>
      <w:r>
        <w:rPr>
          <w:rFonts w:cs="Times New Roman"/>
          <w:lang w:val="sv-SE"/>
        </w:rPr>
        <w:t>Font berwarna merah yang sudah dirubah wajib dirubah menjadi warna hitam</w:t>
      </w:r>
    </w:p>
    <w:sectPr w:rsidR="006E29A7" w:rsidRPr="009859D3" w:rsidSect="00034616">
      <w:headerReference w:type="default" r:id="rId8"/>
      <w:pgSz w:w="12240" w:h="15840"/>
      <w:pgMar w:top="907" w:right="1247" w:bottom="964" w:left="1417" w:header="283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868F0" w14:textId="77777777" w:rsidR="006E29A7" w:rsidRDefault="006E29A7" w:rsidP="0067060D">
      <w:r>
        <w:separator/>
      </w:r>
    </w:p>
  </w:endnote>
  <w:endnote w:type="continuationSeparator" w:id="0">
    <w:p w14:paraId="04F5267D" w14:textId="77777777" w:rsidR="006E29A7" w:rsidRDefault="006E29A7" w:rsidP="0067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16D80" w14:textId="77777777" w:rsidR="006E29A7" w:rsidRDefault="006E29A7" w:rsidP="0067060D">
      <w:r>
        <w:separator/>
      </w:r>
    </w:p>
  </w:footnote>
  <w:footnote w:type="continuationSeparator" w:id="0">
    <w:p w14:paraId="779D2365" w14:textId="77777777" w:rsidR="006E29A7" w:rsidRDefault="006E29A7" w:rsidP="00670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8EB2" w14:textId="501175D6" w:rsidR="0067060D" w:rsidRDefault="0067060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E278B8" wp14:editId="23A7C4DD">
          <wp:simplePos x="0" y="0"/>
          <wp:positionH relativeFrom="column">
            <wp:posOffset>-80645</wp:posOffset>
          </wp:positionH>
          <wp:positionV relativeFrom="paragraph">
            <wp:posOffset>-122555</wp:posOffset>
          </wp:positionV>
          <wp:extent cx="6533354" cy="9991725"/>
          <wp:effectExtent l="0" t="0" r="1270" b="0"/>
          <wp:wrapNone/>
          <wp:docPr id="10700087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008726" name="Picture 10700087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8564" cy="99996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3A56177"/>
    <w:multiLevelType w:val="hybridMultilevel"/>
    <w:tmpl w:val="E5BE59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22847">
    <w:abstractNumId w:val="8"/>
  </w:num>
  <w:num w:numId="2" w16cid:durableId="167522934">
    <w:abstractNumId w:val="6"/>
  </w:num>
  <w:num w:numId="3" w16cid:durableId="363600495">
    <w:abstractNumId w:val="5"/>
  </w:num>
  <w:num w:numId="4" w16cid:durableId="9525380">
    <w:abstractNumId w:val="4"/>
  </w:num>
  <w:num w:numId="5" w16cid:durableId="916594810">
    <w:abstractNumId w:val="7"/>
  </w:num>
  <w:num w:numId="6" w16cid:durableId="2119788345">
    <w:abstractNumId w:val="3"/>
  </w:num>
  <w:num w:numId="7" w16cid:durableId="808982028">
    <w:abstractNumId w:val="2"/>
  </w:num>
  <w:num w:numId="8" w16cid:durableId="584338503">
    <w:abstractNumId w:val="1"/>
  </w:num>
  <w:num w:numId="9" w16cid:durableId="1627393326">
    <w:abstractNumId w:val="0"/>
  </w:num>
  <w:num w:numId="10" w16cid:durableId="1115633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7060D"/>
    <w:rsid w:val="006E29A7"/>
    <w:rsid w:val="009859D3"/>
    <w:rsid w:val="00AA1D8D"/>
    <w:rsid w:val="00B47730"/>
    <w:rsid w:val="00C973B4"/>
    <w:rsid w:val="00CB0664"/>
    <w:rsid w:val="00E15A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A47F11"/>
  <w14:defaultImageDpi w14:val="300"/>
  <w15:docId w15:val="{20D828FF-A9F2-4D20-AAE2-C67C9FAC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fpip umsida</cp:lastModifiedBy>
  <cp:revision>2</cp:revision>
  <dcterms:created xsi:type="dcterms:W3CDTF">2026-08-20T03:58:00Z</dcterms:created>
  <dcterms:modified xsi:type="dcterms:W3CDTF">2026-08-20T03:58:00Z</dcterms:modified>
  <cp:category/>
</cp:coreProperties>
</file>