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991DE" w14:textId="77777777" w:rsidR="00F35141" w:rsidRPr="002D6BCC" w:rsidRDefault="00F35141">
      <w:pPr>
        <w:spacing w:before="80" w:after="160"/>
        <w:jc w:val="center"/>
        <w:rPr>
          <w:rFonts w:cs="Times New Roman"/>
          <w:b/>
          <w:lang w:val="sv-SE"/>
        </w:rPr>
      </w:pPr>
    </w:p>
    <w:p w14:paraId="483CFEB7" w14:textId="77777777" w:rsidR="00F35141" w:rsidRPr="002D6BCC" w:rsidRDefault="00F35141">
      <w:pPr>
        <w:spacing w:before="80" w:after="160"/>
        <w:jc w:val="center"/>
        <w:rPr>
          <w:rFonts w:cs="Times New Roman"/>
          <w:b/>
          <w:lang w:val="sv-SE"/>
        </w:rPr>
      </w:pPr>
    </w:p>
    <w:p w14:paraId="37033AE1" w14:textId="77777777" w:rsidR="00F35141" w:rsidRPr="002D6BCC" w:rsidRDefault="00F35141">
      <w:pPr>
        <w:spacing w:before="80" w:after="160"/>
        <w:jc w:val="center"/>
        <w:rPr>
          <w:rFonts w:cs="Times New Roman"/>
          <w:b/>
          <w:lang w:val="sv-SE"/>
        </w:rPr>
      </w:pPr>
    </w:p>
    <w:p w14:paraId="3F5B4603" w14:textId="77777777" w:rsidR="00F35141" w:rsidRPr="002D6BCC" w:rsidRDefault="00F35141">
      <w:pPr>
        <w:spacing w:before="80" w:after="160"/>
        <w:jc w:val="center"/>
        <w:rPr>
          <w:rFonts w:cs="Times New Roman"/>
          <w:b/>
          <w:lang w:val="sv-SE"/>
        </w:rPr>
      </w:pPr>
    </w:p>
    <w:p w14:paraId="18218E27" w14:textId="77777777" w:rsidR="002D6BCC" w:rsidRDefault="002D6BCC" w:rsidP="00F35141">
      <w:pPr>
        <w:spacing w:before="80" w:after="160"/>
        <w:jc w:val="center"/>
        <w:rPr>
          <w:rFonts w:cs="Times New Roman"/>
          <w:b/>
          <w:lang w:val="sv-SE"/>
        </w:rPr>
      </w:pPr>
    </w:p>
    <w:p w14:paraId="02D8E137" w14:textId="77777777" w:rsidR="00F203B9" w:rsidRPr="009859D3" w:rsidRDefault="00F203B9" w:rsidP="00F203B9">
      <w:pPr>
        <w:ind w:left="426"/>
        <w:rPr>
          <w:rFonts w:cs="Times New Roman"/>
          <w:lang w:val="sv-SE"/>
        </w:rPr>
      </w:pPr>
      <w:r w:rsidRPr="009859D3">
        <w:rPr>
          <w:rFonts w:cs="Times New Roman"/>
          <w:lang w:val="sv-SE"/>
        </w:rPr>
        <w:t>Nomor</w:t>
      </w:r>
      <w:r w:rsidRPr="009859D3">
        <w:rPr>
          <w:rFonts w:cs="Times New Roman"/>
          <w:lang w:val="sv-SE"/>
        </w:rPr>
        <w:tab/>
      </w:r>
      <w:r w:rsidRPr="009859D3">
        <w:rPr>
          <w:lang w:val="da-DK"/>
        </w:rPr>
        <w:t>:    /</w:t>
      </w:r>
      <w:r w:rsidRPr="009859D3">
        <w:rPr>
          <w:lang w:val="sv-SE"/>
        </w:rPr>
        <w:t>II.3.AU</w:t>
      </w:r>
      <w:r w:rsidRPr="009859D3">
        <w:rPr>
          <w:lang w:val="da-DK"/>
        </w:rPr>
        <w:t>/08.00/B/UND/       /</w:t>
      </w:r>
      <w:r w:rsidRPr="009859D3">
        <w:rPr>
          <w:rFonts w:cs="Times New Roman"/>
          <w:color w:val="FF0000"/>
          <w:lang w:val="sv-SE"/>
        </w:rPr>
        <w:t xml:space="preserve">        (Kosongi yang mengisi admin Fakultas)</w:t>
      </w:r>
    </w:p>
    <w:p w14:paraId="5544A64A" w14:textId="77777777" w:rsidR="00F203B9" w:rsidRPr="009859D3" w:rsidRDefault="00F203B9" w:rsidP="00F203B9">
      <w:pPr>
        <w:ind w:left="426"/>
        <w:rPr>
          <w:rFonts w:cs="Times New Roman"/>
          <w:lang w:val="sv-SE"/>
        </w:rPr>
      </w:pPr>
      <w:r w:rsidRPr="009859D3">
        <w:rPr>
          <w:rFonts w:cs="Times New Roman"/>
          <w:lang w:val="sv-SE"/>
        </w:rPr>
        <w:t>Lamp</w:t>
      </w:r>
      <w:r w:rsidRPr="009859D3">
        <w:rPr>
          <w:rFonts w:cs="Times New Roman"/>
          <w:lang w:val="sv-SE"/>
        </w:rPr>
        <w:tab/>
        <w:t>:  --</w:t>
      </w:r>
    </w:p>
    <w:p w14:paraId="32F81CEA" w14:textId="649C4F8A" w:rsidR="002D6BCC" w:rsidRDefault="00F203B9" w:rsidP="00F203B9">
      <w:pPr>
        <w:tabs>
          <w:tab w:val="left" w:pos="9356"/>
        </w:tabs>
        <w:spacing w:before="80" w:after="160"/>
        <w:ind w:left="426" w:right="220"/>
        <w:rPr>
          <w:rFonts w:cs="Times New Roman"/>
          <w:b/>
          <w:sz w:val="28"/>
          <w:szCs w:val="28"/>
          <w:lang w:val="sv-SE"/>
        </w:rPr>
      </w:pPr>
      <w:r w:rsidRPr="009859D3">
        <w:rPr>
          <w:rFonts w:cs="Times New Roman"/>
          <w:lang w:val="sv-SE"/>
        </w:rPr>
        <w:t>Hal</w:t>
      </w:r>
      <w:r>
        <w:rPr>
          <w:rFonts w:cs="Times New Roman"/>
          <w:lang w:val="sv-SE"/>
        </w:rPr>
        <w:t xml:space="preserve">            </w:t>
      </w:r>
      <w:r w:rsidRPr="009859D3">
        <w:rPr>
          <w:rFonts w:cs="Times New Roman"/>
          <w:lang w:val="sv-SE"/>
        </w:rPr>
        <w:t xml:space="preserve">: </w:t>
      </w:r>
      <w:r>
        <w:rPr>
          <w:b/>
          <w:lang w:val="sv-SE"/>
        </w:rPr>
        <w:t>Surat Persetujuan dan Konfirmasi Pelaksanaan Projek Kepemimpinan</w:t>
      </w:r>
    </w:p>
    <w:p w14:paraId="49B30EE2" w14:textId="77777777" w:rsidR="00F203B9" w:rsidRPr="00F203B9" w:rsidRDefault="00F203B9" w:rsidP="00F203B9">
      <w:pPr>
        <w:tabs>
          <w:tab w:val="left" w:pos="9356"/>
        </w:tabs>
        <w:spacing w:before="80" w:after="160"/>
        <w:ind w:left="426" w:right="220"/>
        <w:rPr>
          <w:rFonts w:cs="Times New Roman"/>
          <w:b/>
          <w:sz w:val="28"/>
          <w:szCs w:val="28"/>
          <w:lang w:val="sv-SE"/>
        </w:rPr>
      </w:pPr>
    </w:p>
    <w:tbl>
      <w:tblPr>
        <w:tblStyle w:val="TableGrid"/>
        <w:tblW w:w="0" w:type="auto"/>
        <w:tblInd w:w="450" w:type="dxa"/>
        <w:tblLayout w:type="fixed"/>
        <w:tblLook w:val="04A0" w:firstRow="1" w:lastRow="0" w:firstColumn="1" w:lastColumn="0" w:noHBand="0" w:noVBand="1"/>
      </w:tblPr>
      <w:tblGrid>
        <w:gridCol w:w="2438"/>
        <w:gridCol w:w="6066"/>
      </w:tblGrid>
      <w:tr w:rsidR="00053F55" w:rsidRPr="002D6BCC" w14:paraId="73DBA147" w14:textId="77777777" w:rsidTr="002D6BCC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EE078" w14:textId="77777777" w:rsidR="00053F55" w:rsidRPr="002D6BCC" w:rsidRDefault="001B22C1" w:rsidP="002D6BCC">
            <w:pPr>
              <w:jc w:val="both"/>
              <w:rPr>
                <w:rFonts w:cs="Times New Roman"/>
              </w:rPr>
            </w:pPr>
            <w:r w:rsidRPr="002D6BCC">
              <w:rPr>
                <w:rFonts w:cs="Times New Roman"/>
                <w:b/>
              </w:rPr>
              <w:t>Nama Sekolah/Mitra</w:t>
            </w:r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62E50" w14:textId="77777777" w:rsidR="00053F55" w:rsidRPr="002D6BCC" w:rsidRDefault="001B22C1" w:rsidP="002D6BCC">
            <w:pPr>
              <w:jc w:val="both"/>
              <w:rPr>
                <w:rFonts w:cs="Times New Roman"/>
                <w:color w:val="EE0000"/>
              </w:rPr>
            </w:pPr>
            <w:r w:rsidRPr="002D6BCC">
              <w:rPr>
                <w:rFonts w:cs="Times New Roman"/>
                <w:color w:val="EE0000"/>
              </w:rPr>
              <w:t>[Nama sekolah/mitra]</w:t>
            </w:r>
          </w:p>
        </w:tc>
      </w:tr>
      <w:tr w:rsidR="00053F55" w:rsidRPr="002D6BCC" w14:paraId="054EF508" w14:textId="77777777" w:rsidTr="002D6BCC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7287D" w14:textId="77777777" w:rsidR="00053F55" w:rsidRPr="002D6BCC" w:rsidRDefault="001B22C1" w:rsidP="002D6BCC">
            <w:pPr>
              <w:jc w:val="both"/>
              <w:rPr>
                <w:rFonts w:cs="Times New Roman"/>
              </w:rPr>
            </w:pPr>
            <w:r w:rsidRPr="002D6BCC">
              <w:rPr>
                <w:rFonts w:cs="Times New Roman"/>
                <w:b/>
              </w:rPr>
              <w:t>Alamat</w:t>
            </w:r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91B74" w14:textId="77777777" w:rsidR="00053F55" w:rsidRPr="002D6BCC" w:rsidRDefault="001B22C1" w:rsidP="002D6BCC">
            <w:pPr>
              <w:jc w:val="both"/>
              <w:rPr>
                <w:rFonts w:cs="Times New Roman"/>
                <w:color w:val="EE0000"/>
              </w:rPr>
            </w:pPr>
            <w:r w:rsidRPr="002D6BCC">
              <w:rPr>
                <w:rFonts w:cs="Times New Roman"/>
                <w:color w:val="EE0000"/>
              </w:rPr>
              <w:t>[Alamat]</w:t>
            </w:r>
          </w:p>
        </w:tc>
      </w:tr>
      <w:tr w:rsidR="00053F55" w:rsidRPr="00F952F7" w14:paraId="3BD5BF18" w14:textId="77777777" w:rsidTr="002D6BCC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AD6C0" w14:textId="77777777" w:rsidR="00053F55" w:rsidRPr="002D6BCC" w:rsidRDefault="001B22C1" w:rsidP="002D6BCC">
            <w:pPr>
              <w:jc w:val="both"/>
              <w:rPr>
                <w:rFonts w:cs="Times New Roman"/>
              </w:rPr>
            </w:pPr>
            <w:r w:rsidRPr="002D6BCC">
              <w:rPr>
                <w:rFonts w:cs="Times New Roman"/>
                <w:b/>
              </w:rPr>
              <w:t>Kelompok Mahasiswa</w:t>
            </w:r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D48FC" w14:textId="1CE91D0C" w:rsidR="00053F55" w:rsidRPr="002D6BCC" w:rsidRDefault="002D6BCC" w:rsidP="002D6BCC">
            <w:pPr>
              <w:jc w:val="both"/>
              <w:rPr>
                <w:rFonts w:cs="Times New Roman"/>
                <w:color w:val="EE0000"/>
                <w:lang w:val="sv-SE"/>
              </w:rPr>
            </w:pPr>
            <w:r w:rsidRPr="002D6BCC">
              <w:rPr>
                <w:rFonts w:cs="Times New Roman"/>
                <w:color w:val="EE0000"/>
                <w:lang w:val="sv-SE"/>
              </w:rPr>
              <w:t>[Diisi Nama Ketua Kelompok saja] [semua nama mahasiswa didaftar pada lampiran]</w:t>
            </w:r>
          </w:p>
        </w:tc>
      </w:tr>
      <w:tr w:rsidR="00053F55" w:rsidRPr="002D6BCC" w14:paraId="431E1D80" w14:textId="77777777" w:rsidTr="002D6BCC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0C381" w14:textId="77777777" w:rsidR="00053F55" w:rsidRPr="002D6BCC" w:rsidRDefault="001B22C1" w:rsidP="002D6BCC">
            <w:pPr>
              <w:jc w:val="both"/>
              <w:rPr>
                <w:rFonts w:cs="Times New Roman"/>
              </w:rPr>
            </w:pPr>
            <w:r w:rsidRPr="002D6BCC">
              <w:rPr>
                <w:rFonts w:cs="Times New Roman"/>
                <w:b/>
              </w:rPr>
              <w:t>Bidang Studi</w:t>
            </w:r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8DFCA" w14:textId="77777777" w:rsidR="00053F55" w:rsidRPr="002D6BCC" w:rsidRDefault="001B22C1" w:rsidP="002D6BCC">
            <w:pPr>
              <w:jc w:val="both"/>
              <w:rPr>
                <w:rFonts w:cs="Times New Roman"/>
                <w:color w:val="EE0000"/>
              </w:rPr>
            </w:pPr>
            <w:r w:rsidRPr="002D6BCC">
              <w:rPr>
                <w:rFonts w:cs="Times New Roman"/>
                <w:color w:val="EE0000"/>
              </w:rPr>
              <w:t>[PGSD/IPA]</w:t>
            </w:r>
          </w:p>
        </w:tc>
      </w:tr>
      <w:tr w:rsidR="00053F55" w:rsidRPr="002D6BCC" w14:paraId="41B3B217" w14:textId="77777777" w:rsidTr="002D6BCC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E9E86" w14:textId="77777777" w:rsidR="00053F55" w:rsidRPr="002D6BCC" w:rsidRDefault="001B22C1" w:rsidP="002D6BCC">
            <w:pPr>
              <w:jc w:val="both"/>
              <w:rPr>
                <w:rFonts w:cs="Times New Roman"/>
              </w:rPr>
            </w:pPr>
            <w:r w:rsidRPr="002D6BCC">
              <w:rPr>
                <w:rFonts w:cs="Times New Roman"/>
                <w:b/>
              </w:rPr>
              <w:t>Dosen Pembimbing Projek</w:t>
            </w:r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47184" w14:textId="77777777" w:rsidR="00053F55" w:rsidRPr="002D6BCC" w:rsidRDefault="001B22C1" w:rsidP="002D6BCC">
            <w:pPr>
              <w:jc w:val="both"/>
              <w:rPr>
                <w:rFonts w:cs="Times New Roman"/>
                <w:color w:val="EE0000"/>
              </w:rPr>
            </w:pPr>
            <w:r w:rsidRPr="002D6BCC">
              <w:rPr>
                <w:rFonts w:cs="Times New Roman"/>
                <w:color w:val="EE0000"/>
              </w:rPr>
              <w:t>[Nama DPP]</w:t>
            </w:r>
          </w:p>
        </w:tc>
      </w:tr>
      <w:tr w:rsidR="00053F55" w:rsidRPr="002D6BCC" w14:paraId="25AD067D" w14:textId="77777777" w:rsidTr="002D6BCC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3EDBB" w14:textId="77777777" w:rsidR="00053F55" w:rsidRPr="002D6BCC" w:rsidRDefault="001B22C1" w:rsidP="002D6BCC">
            <w:pPr>
              <w:jc w:val="both"/>
              <w:rPr>
                <w:rFonts w:cs="Times New Roman"/>
              </w:rPr>
            </w:pPr>
            <w:r w:rsidRPr="002D6BCC">
              <w:rPr>
                <w:rFonts w:cs="Times New Roman"/>
                <w:b/>
              </w:rPr>
              <w:t>Judul Projek</w:t>
            </w:r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3DC73" w14:textId="77777777" w:rsidR="00053F55" w:rsidRPr="002D6BCC" w:rsidRDefault="001B22C1" w:rsidP="002D6BCC">
            <w:pPr>
              <w:jc w:val="both"/>
              <w:rPr>
                <w:rFonts w:cs="Times New Roman"/>
                <w:color w:val="EE0000"/>
              </w:rPr>
            </w:pPr>
            <w:r w:rsidRPr="002D6BCC">
              <w:rPr>
                <w:rFonts w:cs="Times New Roman"/>
                <w:color w:val="EE0000"/>
              </w:rPr>
              <w:t>[Judul projek]</w:t>
            </w:r>
          </w:p>
        </w:tc>
      </w:tr>
      <w:tr w:rsidR="00053F55" w:rsidRPr="002D6BCC" w14:paraId="4F6C1104" w14:textId="77777777" w:rsidTr="002D6BCC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EB3A9" w14:textId="77777777" w:rsidR="00053F55" w:rsidRPr="002D6BCC" w:rsidRDefault="001B22C1" w:rsidP="002D6BCC">
            <w:pPr>
              <w:jc w:val="both"/>
              <w:rPr>
                <w:rFonts w:cs="Times New Roman"/>
              </w:rPr>
            </w:pPr>
            <w:r w:rsidRPr="002D6BCC">
              <w:rPr>
                <w:rFonts w:cs="Times New Roman"/>
                <w:b/>
              </w:rPr>
              <w:t>Sasaran</w:t>
            </w:r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F5AD2" w14:textId="77777777" w:rsidR="00053F55" w:rsidRPr="002D6BCC" w:rsidRDefault="001B22C1" w:rsidP="002D6BCC">
            <w:pPr>
              <w:jc w:val="both"/>
              <w:rPr>
                <w:rFonts w:cs="Times New Roman"/>
                <w:color w:val="EE0000"/>
              </w:rPr>
            </w:pPr>
            <w:r w:rsidRPr="002D6BCC">
              <w:rPr>
                <w:rFonts w:cs="Times New Roman"/>
                <w:color w:val="EE0000"/>
              </w:rPr>
              <w:t>[Sasaran/komunitas]</w:t>
            </w:r>
          </w:p>
        </w:tc>
      </w:tr>
      <w:tr w:rsidR="00053F55" w:rsidRPr="002D6BCC" w14:paraId="5F426529" w14:textId="77777777" w:rsidTr="002D6BCC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5A17D" w14:textId="77777777" w:rsidR="00053F55" w:rsidRPr="002D6BCC" w:rsidRDefault="001B22C1" w:rsidP="002D6BCC">
            <w:pPr>
              <w:jc w:val="both"/>
              <w:rPr>
                <w:rFonts w:cs="Times New Roman"/>
              </w:rPr>
            </w:pPr>
            <w:r w:rsidRPr="002D6BCC">
              <w:rPr>
                <w:rFonts w:cs="Times New Roman"/>
                <w:b/>
              </w:rPr>
              <w:t>Periode</w:t>
            </w:r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12CD9" w14:textId="77777777" w:rsidR="00053F55" w:rsidRPr="002D6BCC" w:rsidRDefault="001B22C1" w:rsidP="002D6BCC">
            <w:pPr>
              <w:jc w:val="both"/>
              <w:rPr>
                <w:rFonts w:cs="Times New Roman"/>
                <w:color w:val="EE0000"/>
              </w:rPr>
            </w:pPr>
            <w:r w:rsidRPr="002D6BCC">
              <w:rPr>
                <w:rFonts w:cs="Times New Roman"/>
                <w:color w:val="EE0000"/>
              </w:rPr>
              <w:t xml:space="preserve">[Tanggal mulai - </w:t>
            </w:r>
            <w:r w:rsidRPr="002D6BCC">
              <w:rPr>
                <w:rFonts w:cs="Times New Roman"/>
                <w:color w:val="EE0000"/>
              </w:rPr>
              <w:t>tanggal selesai]</w:t>
            </w:r>
          </w:p>
        </w:tc>
      </w:tr>
    </w:tbl>
    <w:p w14:paraId="57C93A97" w14:textId="77777777" w:rsidR="002D6BCC" w:rsidRDefault="002D6BCC">
      <w:pPr>
        <w:rPr>
          <w:rFonts w:cs="Times New Roman"/>
          <w:b/>
          <w:color w:val="1F4E79"/>
          <w:lang w:val="sv-SE"/>
        </w:rPr>
      </w:pPr>
    </w:p>
    <w:p w14:paraId="112FB80E" w14:textId="3BD2678C" w:rsidR="00053F55" w:rsidRPr="002D6BCC" w:rsidRDefault="001B22C1" w:rsidP="002D6BCC">
      <w:pPr>
        <w:pStyle w:val="ListParagraph"/>
        <w:numPr>
          <w:ilvl w:val="0"/>
          <w:numId w:val="10"/>
        </w:numPr>
        <w:rPr>
          <w:rFonts w:cs="Times New Roman"/>
          <w:b/>
          <w:lang w:val="sv-SE"/>
        </w:rPr>
      </w:pPr>
      <w:r w:rsidRPr="002D6BCC">
        <w:rPr>
          <w:rFonts w:cs="Times New Roman"/>
          <w:b/>
          <w:lang w:val="sv-SE"/>
        </w:rPr>
        <w:t>PERSETUJUAN MITRA (diisi sebelum pelaksanaan)</w:t>
      </w:r>
    </w:p>
    <w:p w14:paraId="1B12D06B" w14:textId="77777777" w:rsidR="002D6BCC" w:rsidRPr="002D6BCC" w:rsidRDefault="002D6BCC" w:rsidP="002D6BCC">
      <w:pPr>
        <w:rPr>
          <w:rFonts w:cs="Times New Roman"/>
          <w:lang w:val="sv-SE"/>
        </w:rPr>
      </w:pPr>
    </w:p>
    <w:p w14:paraId="6EB4A29C" w14:textId="77777777" w:rsidR="00053F55" w:rsidRPr="002D6BCC" w:rsidRDefault="001B22C1" w:rsidP="002D6BCC">
      <w:pPr>
        <w:spacing w:after="100"/>
        <w:ind w:left="426" w:firstLine="426"/>
        <w:jc w:val="both"/>
        <w:rPr>
          <w:rFonts w:cs="Times New Roman"/>
          <w:lang w:val="sv-SE"/>
        </w:rPr>
      </w:pPr>
      <w:r w:rsidRPr="002D6BCC">
        <w:rPr>
          <w:rFonts w:cs="Times New Roman"/>
          <w:lang w:val="sv-SE"/>
        </w:rPr>
        <w:t>Dengan ini kami menyatakan telah menerima informasi mengenai rencana Projek Kepemimpinan sebagaimana identitas di atas dan memberikan persetujuan kepada kelompok mahasiswa Program Studi Pend</w:t>
      </w:r>
      <w:r w:rsidRPr="002D6BCC">
        <w:rPr>
          <w:rFonts w:cs="Times New Roman"/>
          <w:lang w:val="sv-SE"/>
        </w:rPr>
        <w:t>idikan Profesi Guru Universitas Muhammadiyah Sidoarjo untuk melaksanakan kegiatan pada lingkungan/komunitas kami sesuai proposal yang telah dikoordinasikan.</w:t>
      </w:r>
    </w:p>
    <w:p w14:paraId="22CF3D59" w14:textId="77777777" w:rsidR="00053F55" w:rsidRPr="002D6BCC" w:rsidRDefault="001B22C1" w:rsidP="002D6BCC">
      <w:pPr>
        <w:spacing w:after="100"/>
        <w:ind w:left="426" w:firstLine="426"/>
        <w:jc w:val="both"/>
        <w:rPr>
          <w:rFonts w:cs="Times New Roman"/>
          <w:lang w:val="sv-SE"/>
        </w:rPr>
      </w:pPr>
      <w:r w:rsidRPr="002D6BCC">
        <w:rPr>
          <w:rFonts w:cs="Times New Roman"/>
          <w:lang w:val="sv-SE"/>
        </w:rPr>
        <w:t xml:space="preserve">Catatan/ketentuan mitra: [Tuliskan ketentuan khusus, jadwal, ruang yang dapat digunakan, </w:t>
      </w:r>
      <w:r w:rsidRPr="002D6BCC">
        <w:rPr>
          <w:rFonts w:cs="Times New Roman"/>
          <w:lang w:val="sv-SE"/>
        </w:rPr>
        <w:t>pendamping mitra, atau tulis “tidak ada”.]</w:t>
      </w:r>
    </w:p>
    <w:p w14:paraId="5E8424EC" w14:textId="77777777" w:rsidR="002D6BCC" w:rsidRPr="002D6BCC" w:rsidRDefault="002D6BCC" w:rsidP="002D6BCC">
      <w:pPr>
        <w:spacing w:after="100"/>
        <w:ind w:firstLine="426"/>
        <w:jc w:val="both"/>
        <w:rPr>
          <w:rFonts w:cs="Times New Roman"/>
          <w:lang w:val="sv-SE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88"/>
        <w:gridCol w:w="4788"/>
      </w:tblGrid>
      <w:tr w:rsidR="00053F55" w:rsidRPr="002D6BCC" w14:paraId="43C54385" w14:textId="77777777">
        <w:trPr>
          <w:jc w:val="center"/>
        </w:trPr>
        <w:tc>
          <w:tcPr>
            <w:tcW w:w="4788" w:type="dxa"/>
          </w:tcPr>
          <w:p w14:paraId="037150C8" w14:textId="446D14B4" w:rsidR="00053F55" w:rsidRPr="002D6BCC" w:rsidRDefault="001B22C1">
            <w:pPr>
              <w:jc w:val="center"/>
              <w:rPr>
                <w:rFonts w:cs="Times New Roman"/>
                <w:lang w:val="sv-SE"/>
              </w:rPr>
            </w:pPr>
            <w:r w:rsidRPr="002D6BCC">
              <w:rPr>
                <w:rFonts w:cs="Times New Roman"/>
                <w:b/>
                <w:bCs/>
                <w:lang w:val="sv-SE"/>
              </w:rPr>
              <w:t>Mengetahui/Menyetujui,</w:t>
            </w:r>
            <w:r w:rsidRPr="002D6BCC">
              <w:rPr>
                <w:rFonts w:cs="Times New Roman"/>
                <w:lang w:val="sv-SE"/>
              </w:rPr>
              <w:br/>
              <w:t>Kepala Sekolah/Pimpinan Mitra</w:t>
            </w:r>
            <w:r w:rsidR="004F5F24" w:rsidRPr="002D6BCC">
              <w:rPr>
                <w:rFonts w:cs="Times New Roman"/>
                <w:color w:val="000000" w:themeColor="text1"/>
                <w:lang w:val="sv-SE"/>
              </w:rPr>
              <w:t>*</w:t>
            </w:r>
          </w:p>
          <w:p w14:paraId="2D34CD24" w14:textId="77777777" w:rsidR="00053F55" w:rsidRPr="002D6BCC" w:rsidRDefault="00053F55">
            <w:pPr>
              <w:spacing w:after="560"/>
              <w:rPr>
                <w:rFonts w:cs="Times New Roman"/>
                <w:lang w:val="sv-SE"/>
              </w:rPr>
            </w:pPr>
          </w:p>
          <w:p w14:paraId="5DAEB8AA" w14:textId="77777777" w:rsidR="00053F55" w:rsidRPr="002D6BCC" w:rsidRDefault="001B22C1">
            <w:pPr>
              <w:jc w:val="center"/>
              <w:rPr>
                <w:rFonts w:cs="Times New Roman"/>
              </w:rPr>
            </w:pPr>
            <w:r w:rsidRPr="002D6BCC">
              <w:rPr>
                <w:rFonts w:cs="Times New Roman"/>
                <w:b/>
              </w:rPr>
              <w:t>[Nama]</w:t>
            </w:r>
          </w:p>
          <w:p w14:paraId="12EF42C1" w14:textId="64F2001E" w:rsidR="00053F55" w:rsidRPr="002D6BCC" w:rsidRDefault="001B22C1">
            <w:pPr>
              <w:jc w:val="center"/>
              <w:rPr>
                <w:rFonts w:cs="Times New Roman"/>
              </w:rPr>
            </w:pPr>
            <w:r w:rsidRPr="002D6BCC">
              <w:rPr>
                <w:rFonts w:cs="Times New Roman"/>
              </w:rPr>
              <w:t>[NIP/NBM</w:t>
            </w:r>
            <w:r w:rsidRPr="002D6BCC">
              <w:rPr>
                <w:rFonts w:cs="Times New Roman"/>
              </w:rPr>
              <w:t>]</w:t>
            </w:r>
          </w:p>
        </w:tc>
        <w:tc>
          <w:tcPr>
            <w:tcW w:w="4788" w:type="dxa"/>
          </w:tcPr>
          <w:p w14:paraId="5D4CAB35" w14:textId="77777777" w:rsidR="002D6BCC" w:rsidRDefault="002D6BCC">
            <w:pPr>
              <w:jc w:val="center"/>
              <w:rPr>
                <w:rFonts w:cs="Times New Roman"/>
                <w:lang w:val="sv-SE"/>
              </w:rPr>
            </w:pPr>
          </w:p>
          <w:p w14:paraId="7FE0964A" w14:textId="17C808BE" w:rsidR="00053F55" w:rsidRPr="002D6BCC" w:rsidRDefault="00F952F7">
            <w:pPr>
              <w:jc w:val="center"/>
              <w:rPr>
                <w:rFonts w:cs="Times New Roman"/>
                <w:lang w:val="sv-SE"/>
              </w:rPr>
            </w:pPr>
            <w:r>
              <w:rPr>
                <w:rFonts w:cs="Times New Roman"/>
                <w:color w:val="000000" w:themeColor="text1"/>
                <w:lang w:val="sv-SE"/>
              </w:rPr>
              <w:t>Ketua Kelompok Projek</w:t>
            </w:r>
            <w:r w:rsidR="001B22C1" w:rsidRPr="002D6BCC">
              <w:rPr>
                <w:rFonts w:cs="Times New Roman"/>
                <w:lang w:val="sv-SE"/>
              </w:rPr>
              <w:t>*</w:t>
            </w:r>
          </w:p>
          <w:p w14:paraId="65F28D37" w14:textId="77777777" w:rsidR="00053F55" w:rsidRPr="002D6BCC" w:rsidRDefault="00053F55">
            <w:pPr>
              <w:spacing w:after="560"/>
              <w:rPr>
                <w:rFonts w:cs="Times New Roman"/>
                <w:lang w:val="sv-SE"/>
              </w:rPr>
            </w:pPr>
          </w:p>
          <w:p w14:paraId="25206C65" w14:textId="77777777" w:rsidR="00053F55" w:rsidRPr="002D6BCC" w:rsidRDefault="001B22C1">
            <w:pPr>
              <w:jc w:val="center"/>
              <w:rPr>
                <w:rFonts w:cs="Times New Roman"/>
                <w:lang w:val="sv-SE"/>
              </w:rPr>
            </w:pPr>
            <w:r w:rsidRPr="002D6BCC">
              <w:rPr>
                <w:rFonts w:cs="Times New Roman"/>
                <w:b/>
                <w:lang w:val="sv-SE"/>
              </w:rPr>
              <w:t>[Nama]</w:t>
            </w:r>
          </w:p>
          <w:p w14:paraId="67EB2A5E" w14:textId="35A92210" w:rsidR="00053F55" w:rsidRPr="002D6BCC" w:rsidRDefault="001B22C1">
            <w:pPr>
              <w:jc w:val="center"/>
              <w:rPr>
                <w:rFonts w:cs="Times New Roman"/>
              </w:rPr>
            </w:pPr>
            <w:r w:rsidRPr="002D6BCC">
              <w:rPr>
                <w:rFonts w:cs="Times New Roman"/>
              </w:rPr>
              <w:t>[</w:t>
            </w:r>
            <w:r w:rsidRPr="002D6BCC">
              <w:rPr>
                <w:rFonts w:cs="Times New Roman"/>
              </w:rPr>
              <w:t>NIM]</w:t>
            </w:r>
          </w:p>
        </w:tc>
      </w:tr>
    </w:tbl>
    <w:p w14:paraId="01BC2A53" w14:textId="77777777" w:rsidR="00053F55" w:rsidRPr="002D6BCC" w:rsidRDefault="001B22C1">
      <w:pPr>
        <w:rPr>
          <w:rFonts w:cs="Times New Roman"/>
          <w:i/>
          <w:lang w:val="sv-SE"/>
        </w:rPr>
      </w:pPr>
      <w:r w:rsidRPr="002D6BCC">
        <w:rPr>
          <w:rFonts w:cs="Times New Roman"/>
          <w:i/>
          <w:lang w:val="sv-SE"/>
        </w:rPr>
        <w:t>*Disesuaikan dengan karakter lokasi projek.</w:t>
      </w:r>
    </w:p>
    <w:p w14:paraId="4602429B" w14:textId="77777777" w:rsidR="002D6BCC" w:rsidRPr="002D6BCC" w:rsidRDefault="002D6BCC">
      <w:pPr>
        <w:rPr>
          <w:rFonts w:cs="Times New Roman"/>
          <w:i/>
          <w:lang w:val="sv-SE"/>
        </w:rPr>
      </w:pPr>
    </w:p>
    <w:p w14:paraId="338B8F22" w14:textId="77777777" w:rsidR="002D6BCC" w:rsidRDefault="002D6BCC">
      <w:pPr>
        <w:rPr>
          <w:rFonts w:cs="Times New Roman"/>
          <w:i/>
          <w:color w:val="666666"/>
          <w:lang w:val="sv-SE"/>
        </w:rPr>
      </w:pPr>
    </w:p>
    <w:p w14:paraId="49304290" w14:textId="77777777" w:rsidR="002D6BCC" w:rsidRDefault="002D6BCC">
      <w:pPr>
        <w:rPr>
          <w:rFonts w:cs="Times New Roman"/>
          <w:i/>
          <w:color w:val="666666"/>
          <w:lang w:val="sv-SE"/>
        </w:rPr>
      </w:pPr>
    </w:p>
    <w:p w14:paraId="6A2FDEB3" w14:textId="77777777" w:rsidR="002D6BCC" w:rsidRDefault="002D6BCC">
      <w:pPr>
        <w:rPr>
          <w:rFonts w:cs="Times New Roman"/>
          <w:i/>
          <w:color w:val="666666"/>
          <w:lang w:val="sv-SE"/>
        </w:rPr>
      </w:pPr>
    </w:p>
    <w:p w14:paraId="351F1A5F" w14:textId="77777777" w:rsidR="002D6BCC" w:rsidRDefault="002D6BCC">
      <w:pPr>
        <w:rPr>
          <w:rFonts w:cs="Times New Roman"/>
          <w:i/>
          <w:color w:val="666666"/>
          <w:lang w:val="sv-SE"/>
        </w:rPr>
      </w:pPr>
    </w:p>
    <w:p w14:paraId="0B17B344" w14:textId="77777777" w:rsidR="002D6BCC" w:rsidRDefault="002D6BCC">
      <w:pPr>
        <w:rPr>
          <w:rFonts w:cs="Times New Roman"/>
          <w:i/>
          <w:color w:val="666666"/>
          <w:lang w:val="sv-SE"/>
        </w:rPr>
      </w:pPr>
    </w:p>
    <w:p w14:paraId="1C5ABA3A" w14:textId="77777777" w:rsidR="002D6BCC" w:rsidRDefault="002D6BCC">
      <w:pPr>
        <w:rPr>
          <w:rFonts w:cs="Times New Roman"/>
          <w:i/>
          <w:color w:val="666666"/>
          <w:lang w:val="sv-SE"/>
        </w:rPr>
      </w:pPr>
    </w:p>
    <w:p w14:paraId="25C58E15" w14:textId="77777777" w:rsidR="002D6BCC" w:rsidRDefault="002D6BCC">
      <w:pPr>
        <w:rPr>
          <w:rFonts w:cs="Times New Roman"/>
          <w:i/>
          <w:color w:val="666666"/>
          <w:lang w:val="sv-SE"/>
        </w:rPr>
      </w:pPr>
    </w:p>
    <w:p w14:paraId="400658F2" w14:textId="77777777" w:rsidR="002D6BCC" w:rsidRDefault="002D6BCC">
      <w:pPr>
        <w:rPr>
          <w:rFonts w:cs="Times New Roman"/>
          <w:i/>
          <w:color w:val="666666"/>
          <w:lang w:val="sv-SE"/>
        </w:rPr>
      </w:pPr>
    </w:p>
    <w:p w14:paraId="5F068408" w14:textId="77777777" w:rsidR="002D6BCC" w:rsidRDefault="002D6BCC">
      <w:pPr>
        <w:rPr>
          <w:rFonts w:cs="Times New Roman"/>
          <w:i/>
          <w:color w:val="666666"/>
          <w:lang w:val="sv-SE"/>
        </w:rPr>
      </w:pPr>
    </w:p>
    <w:p w14:paraId="6C3035F8" w14:textId="77777777" w:rsidR="002D6BCC" w:rsidRDefault="002D6BCC">
      <w:pPr>
        <w:rPr>
          <w:rFonts w:cs="Times New Roman"/>
          <w:i/>
          <w:color w:val="666666"/>
          <w:lang w:val="sv-SE"/>
        </w:rPr>
      </w:pPr>
    </w:p>
    <w:p w14:paraId="02EF8FB4" w14:textId="77777777" w:rsidR="002D6BCC" w:rsidRDefault="002D6BCC">
      <w:pPr>
        <w:rPr>
          <w:rFonts w:cs="Times New Roman"/>
          <w:i/>
          <w:color w:val="666666"/>
          <w:lang w:val="sv-SE"/>
        </w:rPr>
      </w:pPr>
    </w:p>
    <w:p w14:paraId="39876547" w14:textId="77777777" w:rsidR="002D6BCC" w:rsidRDefault="002D6BCC">
      <w:pPr>
        <w:rPr>
          <w:rFonts w:cs="Times New Roman"/>
          <w:i/>
          <w:color w:val="666666"/>
          <w:lang w:val="sv-SE"/>
        </w:rPr>
      </w:pPr>
    </w:p>
    <w:p w14:paraId="6ABED2A9" w14:textId="77777777" w:rsidR="002D6BCC" w:rsidRDefault="002D6BCC">
      <w:pPr>
        <w:rPr>
          <w:rFonts w:cs="Times New Roman"/>
          <w:i/>
          <w:color w:val="666666"/>
          <w:lang w:val="sv-SE"/>
        </w:rPr>
      </w:pPr>
    </w:p>
    <w:p w14:paraId="03F1AE48" w14:textId="77777777" w:rsidR="002D6BCC" w:rsidRDefault="002D6BCC">
      <w:pPr>
        <w:rPr>
          <w:rFonts w:cs="Times New Roman"/>
          <w:i/>
          <w:color w:val="666666"/>
          <w:lang w:val="sv-SE"/>
        </w:rPr>
      </w:pPr>
    </w:p>
    <w:p w14:paraId="44FABBFA" w14:textId="77777777" w:rsidR="002D6BCC" w:rsidRPr="002D6BCC" w:rsidRDefault="002D6BCC">
      <w:pPr>
        <w:rPr>
          <w:rFonts w:cs="Times New Roman"/>
          <w:lang w:val="sv-SE"/>
        </w:rPr>
      </w:pPr>
    </w:p>
    <w:p w14:paraId="2AB05FEF" w14:textId="1B9B0EC7" w:rsidR="00053F55" w:rsidRPr="002D6BCC" w:rsidRDefault="001B22C1" w:rsidP="002D6BCC">
      <w:pPr>
        <w:pStyle w:val="ListParagraph"/>
        <w:numPr>
          <w:ilvl w:val="0"/>
          <w:numId w:val="10"/>
        </w:numPr>
        <w:rPr>
          <w:rFonts w:cs="Times New Roman"/>
          <w:b/>
          <w:lang w:val="sv-SE"/>
        </w:rPr>
      </w:pPr>
      <w:r w:rsidRPr="002D6BCC">
        <w:rPr>
          <w:rFonts w:cs="Times New Roman"/>
          <w:b/>
          <w:lang w:val="sv-SE"/>
        </w:rPr>
        <w:t>KONFIRMASI PELAKSANAAN/PENERIMAAN HASIL (diisi setelah pelaksanaan)</w:t>
      </w:r>
    </w:p>
    <w:p w14:paraId="3C0B6128" w14:textId="77777777" w:rsidR="002D6BCC" w:rsidRPr="002D6BCC" w:rsidRDefault="002D6BCC" w:rsidP="002D6BCC">
      <w:pPr>
        <w:pStyle w:val="ListParagraph"/>
        <w:rPr>
          <w:rFonts w:cs="Times New Roman"/>
          <w:lang w:val="sv-SE"/>
        </w:rPr>
      </w:pPr>
    </w:p>
    <w:p w14:paraId="4B5D2CFE" w14:textId="77777777" w:rsidR="00053F55" w:rsidRPr="002D6BCC" w:rsidRDefault="001B22C1" w:rsidP="002D6BCC">
      <w:pPr>
        <w:spacing w:after="100" w:line="276" w:lineRule="auto"/>
        <w:ind w:left="426" w:firstLine="426"/>
        <w:jc w:val="both"/>
        <w:rPr>
          <w:rFonts w:cs="Times New Roman"/>
          <w:lang w:val="sv-SE"/>
        </w:rPr>
      </w:pPr>
      <w:r w:rsidRPr="002D6BCC">
        <w:rPr>
          <w:rFonts w:cs="Times New Roman"/>
          <w:lang w:val="sv-SE"/>
        </w:rPr>
        <w:t>Dengan ini kami mengonfirmasi bahwa kelompok mahasiswa tersebut telah melaksanakan Projek Kepemimpinan pada [tanggal/periode] sesuai koordinasi dengan pihak mitra. Secara umum kegiatan di</w:t>
      </w:r>
      <w:r w:rsidRPr="002D6BCC">
        <w:rPr>
          <w:rFonts w:cs="Times New Roman"/>
          <w:lang w:val="sv-SE"/>
        </w:rPr>
        <w:t xml:space="preserve">nyatakan: </w:t>
      </w:r>
      <w:r w:rsidRPr="002D6BCC">
        <w:rPr>
          <w:rFonts w:ascii="Segoe UI Symbol" w:hAnsi="Segoe UI Symbol" w:cs="Segoe UI Symbol"/>
          <w:lang w:val="sv-SE"/>
        </w:rPr>
        <w:t>☐</w:t>
      </w:r>
      <w:r w:rsidRPr="002D6BCC">
        <w:rPr>
          <w:rFonts w:cs="Times New Roman"/>
          <w:lang w:val="sv-SE"/>
        </w:rPr>
        <w:t xml:space="preserve"> selesai sesuai rencana  </w:t>
      </w:r>
      <w:r w:rsidRPr="002D6BCC">
        <w:rPr>
          <w:rFonts w:ascii="Segoe UI Symbol" w:hAnsi="Segoe UI Symbol" w:cs="Segoe UI Symbol"/>
          <w:lang w:val="sv-SE"/>
        </w:rPr>
        <w:t>☐</w:t>
      </w:r>
      <w:r w:rsidRPr="002D6BCC">
        <w:rPr>
          <w:rFonts w:cs="Times New Roman"/>
          <w:lang w:val="sv-SE"/>
        </w:rPr>
        <w:t xml:space="preserve"> selesai dengan penyesuaian  </w:t>
      </w:r>
      <w:r w:rsidRPr="002D6BCC">
        <w:rPr>
          <w:rFonts w:ascii="Segoe UI Symbol" w:hAnsi="Segoe UI Symbol" w:cs="Segoe UI Symbol"/>
          <w:lang w:val="sv-SE"/>
        </w:rPr>
        <w:t>☐</w:t>
      </w:r>
      <w:r w:rsidRPr="002D6BCC">
        <w:rPr>
          <w:rFonts w:cs="Times New Roman"/>
          <w:lang w:val="sv-SE"/>
        </w:rPr>
        <w:t xml:space="preserve"> perlu tindak lanjut.</w:t>
      </w:r>
    </w:p>
    <w:tbl>
      <w:tblPr>
        <w:tblStyle w:val="TableGrid"/>
        <w:tblW w:w="0" w:type="auto"/>
        <w:tblInd w:w="450" w:type="dxa"/>
        <w:tblLayout w:type="fixed"/>
        <w:tblLook w:val="04A0" w:firstRow="1" w:lastRow="0" w:firstColumn="1" w:lastColumn="0" w:noHBand="0" w:noVBand="1"/>
      </w:tblPr>
      <w:tblGrid>
        <w:gridCol w:w="2438"/>
        <w:gridCol w:w="6066"/>
      </w:tblGrid>
      <w:tr w:rsidR="00053F55" w:rsidRPr="002D6BCC" w14:paraId="568C1A87" w14:textId="77777777" w:rsidTr="002D6BCC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3DC99" w14:textId="77777777" w:rsidR="00053F55" w:rsidRPr="002D6BCC" w:rsidRDefault="001B22C1">
            <w:pPr>
              <w:rPr>
                <w:rFonts w:cs="Times New Roman"/>
              </w:rPr>
            </w:pPr>
            <w:r w:rsidRPr="002D6BCC">
              <w:rPr>
                <w:rFonts w:cs="Times New Roman"/>
                <w:b/>
              </w:rPr>
              <w:t>Hasil/produk utama</w:t>
            </w:r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2A8A1" w14:textId="77777777" w:rsidR="00053F55" w:rsidRPr="002D6BCC" w:rsidRDefault="001B22C1">
            <w:pPr>
              <w:rPr>
                <w:rFonts w:cs="Times New Roman"/>
              </w:rPr>
            </w:pPr>
            <w:r w:rsidRPr="002D6BCC">
              <w:rPr>
                <w:rFonts w:cs="Times New Roman"/>
              </w:rPr>
              <w:t>[Tuliskan ringkas hasil/produk]</w:t>
            </w:r>
          </w:p>
        </w:tc>
      </w:tr>
      <w:tr w:rsidR="00053F55" w:rsidRPr="002D6BCC" w14:paraId="6D4018BB" w14:textId="77777777" w:rsidTr="002D6BCC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2986A" w14:textId="77777777" w:rsidR="00053F55" w:rsidRPr="002D6BCC" w:rsidRDefault="001B22C1">
            <w:pPr>
              <w:rPr>
                <w:rFonts w:cs="Times New Roman"/>
              </w:rPr>
            </w:pPr>
            <w:r w:rsidRPr="002D6BCC">
              <w:rPr>
                <w:rFonts w:cs="Times New Roman"/>
                <w:b/>
              </w:rPr>
              <w:t>Manfaat awal bagi mitra</w:t>
            </w:r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DFF83" w14:textId="77777777" w:rsidR="00053F55" w:rsidRPr="002D6BCC" w:rsidRDefault="001B22C1">
            <w:pPr>
              <w:rPr>
                <w:rFonts w:cs="Times New Roman"/>
              </w:rPr>
            </w:pPr>
            <w:r w:rsidRPr="002D6BCC">
              <w:rPr>
                <w:rFonts w:cs="Times New Roman"/>
              </w:rPr>
              <w:t>[Tuliskan ringkas]</w:t>
            </w:r>
          </w:p>
        </w:tc>
      </w:tr>
      <w:tr w:rsidR="00053F55" w:rsidRPr="00F203B9" w14:paraId="523BB414" w14:textId="77777777" w:rsidTr="002D6BCC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1BD76" w14:textId="77777777" w:rsidR="00053F55" w:rsidRPr="002D6BCC" w:rsidRDefault="001B22C1">
            <w:pPr>
              <w:rPr>
                <w:rFonts w:cs="Times New Roman"/>
              </w:rPr>
            </w:pPr>
            <w:r w:rsidRPr="002D6BCC">
              <w:rPr>
                <w:rFonts w:cs="Times New Roman"/>
                <w:b/>
              </w:rPr>
              <w:t>Tindak lanjut/keberlanjutan</w:t>
            </w:r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E37B4" w14:textId="77777777" w:rsidR="00053F55" w:rsidRPr="002D6BCC" w:rsidRDefault="001B22C1">
            <w:pPr>
              <w:rPr>
                <w:rFonts w:cs="Times New Roman"/>
                <w:lang w:val="sv-SE"/>
              </w:rPr>
            </w:pPr>
            <w:r w:rsidRPr="002D6BCC">
              <w:rPr>
                <w:rFonts w:cs="Times New Roman"/>
                <w:lang w:val="sv-SE"/>
              </w:rPr>
              <w:t xml:space="preserve">[Tuliskan penanggung </w:t>
            </w:r>
            <w:r w:rsidRPr="002D6BCC">
              <w:rPr>
                <w:rFonts w:cs="Times New Roman"/>
                <w:lang w:val="sv-SE"/>
              </w:rPr>
              <w:t>jawab/jadwal jika ada]</w:t>
            </w:r>
          </w:p>
        </w:tc>
      </w:tr>
      <w:tr w:rsidR="00053F55" w:rsidRPr="002D6BCC" w14:paraId="6A0E03FC" w14:textId="77777777" w:rsidTr="002D6BCC">
        <w:tc>
          <w:tcPr>
            <w:tcW w:w="243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84C3D" w14:textId="77777777" w:rsidR="00053F55" w:rsidRPr="002D6BCC" w:rsidRDefault="001B22C1">
            <w:pPr>
              <w:rPr>
                <w:rFonts w:cs="Times New Roman"/>
              </w:rPr>
            </w:pPr>
            <w:r w:rsidRPr="002D6BCC">
              <w:rPr>
                <w:rFonts w:cs="Times New Roman"/>
                <w:b/>
              </w:rPr>
              <w:t>Catatan mitra</w:t>
            </w:r>
          </w:p>
        </w:tc>
        <w:tc>
          <w:tcPr>
            <w:tcW w:w="60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1AC5B" w14:textId="77777777" w:rsidR="00053F55" w:rsidRPr="002D6BCC" w:rsidRDefault="001B22C1">
            <w:pPr>
              <w:rPr>
                <w:rFonts w:cs="Times New Roman"/>
              </w:rPr>
            </w:pPr>
            <w:r w:rsidRPr="002D6BCC">
              <w:rPr>
                <w:rFonts w:cs="Times New Roman"/>
              </w:rPr>
              <w:t>[Tuliskan catatan/saran]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88"/>
        <w:gridCol w:w="4788"/>
      </w:tblGrid>
      <w:tr w:rsidR="00053F55" w:rsidRPr="002D6BCC" w14:paraId="122DA358" w14:textId="77777777">
        <w:trPr>
          <w:jc w:val="center"/>
        </w:trPr>
        <w:tc>
          <w:tcPr>
            <w:tcW w:w="4788" w:type="dxa"/>
          </w:tcPr>
          <w:p w14:paraId="420A6137" w14:textId="77777777" w:rsidR="002D6BCC" w:rsidRPr="002D6BCC" w:rsidRDefault="002D6BCC">
            <w:pPr>
              <w:jc w:val="center"/>
              <w:rPr>
                <w:rFonts w:cs="Times New Roman"/>
                <w:color w:val="000000" w:themeColor="text1"/>
                <w:lang w:val="sv-SE"/>
              </w:rPr>
            </w:pPr>
          </w:p>
          <w:p w14:paraId="36BBCE16" w14:textId="27C01D60" w:rsidR="00053F55" w:rsidRPr="002D6BCC" w:rsidRDefault="001B22C1">
            <w:pPr>
              <w:jc w:val="center"/>
              <w:rPr>
                <w:rFonts w:cs="Times New Roman"/>
                <w:color w:val="000000" w:themeColor="text1"/>
                <w:lang w:val="sv-SE"/>
              </w:rPr>
            </w:pPr>
            <w:r w:rsidRPr="002D6BCC">
              <w:rPr>
                <w:rFonts w:cs="Times New Roman"/>
                <w:b/>
                <w:bCs/>
                <w:color w:val="000000" w:themeColor="text1"/>
                <w:lang w:val="sv-SE"/>
              </w:rPr>
              <w:t>Mengonfirmasi,</w:t>
            </w:r>
            <w:r w:rsidRPr="002D6BCC">
              <w:rPr>
                <w:rFonts w:cs="Times New Roman"/>
                <w:color w:val="000000" w:themeColor="text1"/>
                <w:lang w:val="sv-SE"/>
              </w:rPr>
              <w:br/>
              <w:t>Kepala Sekolah/Pimpinan Mitra</w:t>
            </w:r>
            <w:r w:rsidR="004F5F24" w:rsidRPr="002D6BCC">
              <w:rPr>
                <w:rFonts w:cs="Times New Roman"/>
                <w:color w:val="000000" w:themeColor="text1"/>
                <w:lang w:val="sv-SE"/>
              </w:rPr>
              <w:t>*</w:t>
            </w:r>
          </w:p>
          <w:p w14:paraId="5DDDFF47" w14:textId="77777777" w:rsidR="00053F55" w:rsidRDefault="00053F55">
            <w:pPr>
              <w:spacing w:after="560"/>
              <w:rPr>
                <w:rFonts w:cs="Times New Roman"/>
                <w:color w:val="000000" w:themeColor="text1"/>
                <w:lang w:val="sv-SE"/>
              </w:rPr>
            </w:pPr>
          </w:p>
          <w:p w14:paraId="171A6CE1" w14:textId="77777777" w:rsidR="002D6BCC" w:rsidRPr="002D6BCC" w:rsidRDefault="002D6BCC">
            <w:pPr>
              <w:spacing w:after="560"/>
              <w:rPr>
                <w:rFonts w:cs="Times New Roman"/>
                <w:color w:val="000000" w:themeColor="text1"/>
                <w:lang w:val="sv-SE"/>
              </w:rPr>
            </w:pPr>
          </w:p>
          <w:p w14:paraId="2897261A" w14:textId="77777777" w:rsidR="00053F55" w:rsidRPr="002D6BCC" w:rsidRDefault="001B22C1">
            <w:pPr>
              <w:jc w:val="center"/>
              <w:rPr>
                <w:rFonts w:cs="Times New Roman"/>
                <w:color w:val="000000" w:themeColor="text1"/>
                <w:lang w:val="sv-SE"/>
              </w:rPr>
            </w:pPr>
            <w:r w:rsidRPr="002D6BCC">
              <w:rPr>
                <w:rFonts w:cs="Times New Roman"/>
                <w:b/>
                <w:color w:val="000000" w:themeColor="text1"/>
                <w:lang w:val="sv-SE"/>
              </w:rPr>
              <w:t>[Nama]</w:t>
            </w:r>
          </w:p>
          <w:p w14:paraId="499D8F15" w14:textId="15F531E1" w:rsidR="00053F55" w:rsidRPr="002D6BCC" w:rsidRDefault="001B22C1">
            <w:pPr>
              <w:jc w:val="center"/>
              <w:rPr>
                <w:rFonts w:cs="Times New Roman"/>
                <w:color w:val="000000" w:themeColor="text1"/>
              </w:rPr>
            </w:pPr>
            <w:r w:rsidRPr="002D6BCC">
              <w:rPr>
                <w:rFonts w:cs="Times New Roman"/>
                <w:color w:val="000000" w:themeColor="text1"/>
              </w:rPr>
              <w:t>[NIP/NBM</w:t>
            </w:r>
            <w:r w:rsidRPr="002D6BCC">
              <w:rPr>
                <w:rFonts w:cs="Times New Roman"/>
                <w:color w:val="000000" w:themeColor="text1"/>
              </w:rPr>
              <w:t>]</w:t>
            </w:r>
          </w:p>
        </w:tc>
        <w:tc>
          <w:tcPr>
            <w:tcW w:w="4788" w:type="dxa"/>
          </w:tcPr>
          <w:p w14:paraId="762DEC05" w14:textId="77777777" w:rsidR="002D6BCC" w:rsidRPr="002D6BCC" w:rsidRDefault="002D6BCC">
            <w:pPr>
              <w:jc w:val="center"/>
              <w:rPr>
                <w:rFonts w:cs="Times New Roman"/>
                <w:color w:val="000000" w:themeColor="text1"/>
                <w:lang w:val="sv-SE"/>
              </w:rPr>
            </w:pPr>
          </w:p>
          <w:p w14:paraId="3B41A6BE" w14:textId="77777777" w:rsidR="002D6BCC" w:rsidRPr="002D6BCC" w:rsidRDefault="002D6BCC">
            <w:pPr>
              <w:jc w:val="center"/>
              <w:rPr>
                <w:rFonts w:cs="Times New Roman"/>
                <w:color w:val="000000" w:themeColor="text1"/>
                <w:lang w:val="sv-SE"/>
              </w:rPr>
            </w:pPr>
          </w:p>
          <w:p w14:paraId="3C86F817" w14:textId="67AF70EC" w:rsidR="00053F55" w:rsidRPr="002D6BCC" w:rsidRDefault="00F952F7">
            <w:pPr>
              <w:jc w:val="center"/>
              <w:rPr>
                <w:rFonts w:cs="Times New Roman"/>
                <w:color w:val="000000" w:themeColor="text1"/>
                <w:lang w:val="sv-SE"/>
              </w:rPr>
            </w:pPr>
            <w:r>
              <w:rPr>
                <w:rFonts w:cs="Times New Roman"/>
                <w:color w:val="000000" w:themeColor="text1"/>
                <w:lang w:val="sv-SE"/>
              </w:rPr>
              <w:t>Ketua Kelompok Projek</w:t>
            </w:r>
            <w:r w:rsidR="001B22C1" w:rsidRPr="002D6BCC">
              <w:rPr>
                <w:rFonts w:cs="Times New Roman"/>
                <w:color w:val="000000" w:themeColor="text1"/>
                <w:lang w:val="sv-SE"/>
              </w:rPr>
              <w:t>*</w:t>
            </w:r>
          </w:p>
          <w:p w14:paraId="20E84D92" w14:textId="77777777" w:rsidR="00053F55" w:rsidRDefault="00053F55">
            <w:pPr>
              <w:spacing w:after="560"/>
              <w:rPr>
                <w:rFonts w:cs="Times New Roman"/>
                <w:color w:val="000000" w:themeColor="text1"/>
                <w:lang w:val="sv-SE"/>
              </w:rPr>
            </w:pPr>
          </w:p>
          <w:p w14:paraId="1A73C1F4" w14:textId="77777777" w:rsidR="002D6BCC" w:rsidRPr="002D6BCC" w:rsidRDefault="002D6BCC">
            <w:pPr>
              <w:spacing w:after="560"/>
              <w:rPr>
                <w:rFonts w:cs="Times New Roman"/>
                <w:color w:val="000000" w:themeColor="text1"/>
                <w:lang w:val="sv-SE"/>
              </w:rPr>
            </w:pPr>
          </w:p>
          <w:p w14:paraId="0AF48AE5" w14:textId="77777777" w:rsidR="00053F55" w:rsidRPr="002D6BCC" w:rsidRDefault="001B22C1">
            <w:pPr>
              <w:jc w:val="center"/>
              <w:rPr>
                <w:rFonts w:cs="Times New Roman"/>
                <w:color w:val="000000" w:themeColor="text1"/>
                <w:lang w:val="sv-SE"/>
              </w:rPr>
            </w:pPr>
            <w:r w:rsidRPr="002D6BCC">
              <w:rPr>
                <w:rFonts w:cs="Times New Roman"/>
                <w:b/>
                <w:color w:val="000000" w:themeColor="text1"/>
                <w:lang w:val="sv-SE"/>
              </w:rPr>
              <w:t>[Nama]</w:t>
            </w:r>
          </w:p>
          <w:p w14:paraId="77D57087" w14:textId="4D18CBAE" w:rsidR="00053F55" w:rsidRDefault="001B22C1">
            <w:pPr>
              <w:jc w:val="center"/>
              <w:rPr>
                <w:rFonts w:cs="Times New Roman"/>
                <w:color w:val="000000" w:themeColor="text1"/>
              </w:rPr>
            </w:pPr>
            <w:r w:rsidRPr="002D6BCC">
              <w:rPr>
                <w:rFonts w:cs="Times New Roman"/>
                <w:color w:val="000000" w:themeColor="text1"/>
              </w:rPr>
              <w:t>[</w:t>
            </w:r>
            <w:r w:rsidR="00F952F7">
              <w:rPr>
                <w:rFonts w:cs="Times New Roman"/>
                <w:color w:val="000000" w:themeColor="text1"/>
              </w:rPr>
              <w:t>NIM</w:t>
            </w:r>
            <w:r w:rsidRPr="002D6BCC">
              <w:rPr>
                <w:rFonts w:cs="Times New Roman"/>
                <w:color w:val="000000" w:themeColor="text1"/>
              </w:rPr>
              <w:t>]</w:t>
            </w:r>
          </w:p>
          <w:p w14:paraId="1BE287A8" w14:textId="77777777" w:rsidR="002D6BCC" w:rsidRDefault="002D6BCC">
            <w:pPr>
              <w:jc w:val="center"/>
              <w:rPr>
                <w:rFonts w:cs="Times New Roman"/>
                <w:color w:val="000000" w:themeColor="text1"/>
              </w:rPr>
            </w:pPr>
          </w:p>
          <w:p w14:paraId="76FC5A1B" w14:textId="77777777" w:rsidR="002D6BCC" w:rsidRDefault="002D6BCC">
            <w:pPr>
              <w:jc w:val="center"/>
              <w:rPr>
                <w:rFonts w:cs="Times New Roman"/>
                <w:color w:val="000000" w:themeColor="text1"/>
              </w:rPr>
            </w:pPr>
          </w:p>
          <w:p w14:paraId="567C035A" w14:textId="77777777" w:rsidR="002D6BCC" w:rsidRDefault="002D6BCC">
            <w:pPr>
              <w:jc w:val="center"/>
              <w:rPr>
                <w:rFonts w:cs="Times New Roman"/>
                <w:color w:val="000000" w:themeColor="text1"/>
              </w:rPr>
            </w:pPr>
          </w:p>
          <w:p w14:paraId="12CEE71F" w14:textId="77777777" w:rsidR="002D6BCC" w:rsidRDefault="002D6BCC">
            <w:pPr>
              <w:jc w:val="center"/>
              <w:rPr>
                <w:rFonts w:cs="Times New Roman"/>
                <w:color w:val="000000" w:themeColor="text1"/>
              </w:rPr>
            </w:pPr>
          </w:p>
          <w:p w14:paraId="618A3B12" w14:textId="77777777" w:rsidR="002D6BCC" w:rsidRDefault="002D6BCC">
            <w:pPr>
              <w:jc w:val="center"/>
              <w:rPr>
                <w:rFonts w:cs="Times New Roman"/>
                <w:color w:val="000000" w:themeColor="text1"/>
              </w:rPr>
            </w:pPr>
          </w:p>
          <w:p w14:paraId="6B12D6B2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7CBCFCDD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4AABD2A5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37A2F027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400F07A9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3DAB492D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329C1B2B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6F4A37F8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208DC777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35858C11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4BD51B8E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0BE3D4B0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799A59C8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2E53D01F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75DB75B2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36E642C7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2425D47A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0D781DA9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7F9D3B10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0195B131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3B985494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17A4FE0D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7F8661E7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3ECC2A38" w14:textId="77777777" w:rsid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  <w:p w14:paraId="62813726" w14:textId="77777777" w:rsidR="002D6BCC" w:rsidRPr="002D6BCC" w:rsidRDefault="002D6BCC" w:rsidP="002D6BCC">
            <w:pPr>
              <w:jc w:val="both"/>
              <w:rPr>
                <w:rFonts w:cs="Times New Roman"/>
                <w:color w:val="000000" w:themeColor="text1"/>
              </w:rPr>
            </w:pPr>
          </w:p>
        </w:tc>
      </w:tr>
    </w:tbl>
    <w:p w14:paraId="3A68F633" w14:textId="77777777" w:rsidR="002D6BCC" w:rsidRDefault="002D6BCC" w:rsidP="002D6BCC">
      <w:pPr>
        <w:rPr>
          <w:rFonts w:cs="Times New Roman"/>
          <w:b/>
          <w:i/>
          <w:iCs/>
          <w:lang w:val="sv-SE"/>
        </w:rPr>
      </w:pPr>
      <w:r w:rsidRPr="00F3598E">
        <w:rPr>
          <w:rFonts w:cs="Times New Roman"/>
          <w:b/>
          <w:i/>
          <w:iCs/>
          <w:lang w:val="sv-SE"/>
        </w:rPr>
        <w:lastRenderedPageBreak/>
        <w:t>Lampiran 1</w:t>
      </w:r>
    </w:p>
    <w:p w14:paraId="67B9C68F" w14:textId="77777777" w:rsidR="002D6BCC" w:rsidRDefault="002D6BCC" w:rsidP="002D6BCC">
      <w:pPr>
        <w:rPr>
          <w:rFonts w:cs="Times New Roman"/>
          <w:b/>
          <w:i/>
          <w:iCs/>
          <w:lang w:val="sv-SE"/>
        </w:rPr>
      </w:pPr>
      <w:r w:rsidRPr="00F3598E">
        <w:rPr>
          <w:rFonts w:cs="Times New Roman"/>
          <w:b/>
          <w:i/>
          <w:iCs/>
          <w:lang w:val="sv-SE"/>
        </w:rPr>
        <w:t>Daftar Nama Anggota Kelompok</w:t>
      </w:r>
    </w:p>
    <w:p w14:paraId="5D035974" w14:textId="77777777" w:rsidR="002D6BCC" w:rsidRDefault="002D6BCC" w:rsidP="002D6BCC">
      <w:pPr>
        <w:rPr>
          <w:rFonts w:cs="Times New Roman"/>
          <w:b/>
          <w:i/>
          <w:iCs/>
          <w:lang w:val="sv-SE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85"/>
        <w:gridCol w:w="3969"/>
        <w:gridCol w:w="4485"/>
      </w:tblGrid>
      <w:tr w:rsidR="002D6BCC" w14:paraId="3BE7F241" w14:textId="77777777" w:rsidTr="002D6BCC">
        <w:tc>
          <w:tcPr>
            <w:tcW w:w="454" w:type="dxa"/>
          </w:tcPr>
          <w:p w14:paraId="648B9A7E" w14:textId="77777777" w:rsidR="002D6BCC" w:rsidRPr="00F3598E" w:rsidRDefault="002D6BCC" w:rsidP="0086358F">
            <w:pPr>
              <w:jc w:val="center"/>
              <w:rPr>
                <w:rFonts w:cs="Times New Roman"/>
                <w:b/>
                <w:bCs/>
                <w:lang w:val="sv-SE"/>
              </w:rPr>
            </w:pPr>
            <w:r w:rsidRPr="00F3598E">
              <w:rPr>
                <w:rFonts w:eastAsiaTheme="minorHAnsi" w:cs="Times New Roman"/>
                <w:b/>
                <w:bCs/>
                <w:lang w:val="sv-SE"/>
              </w:rPr>
              <w:t>No</w:t>
            </w:r>
          </w:p>
        </w:tc>
        <w:tc>
          <w:tcPr>
            <w:tcW w:w="3969" w:type="dxa"/>
          </w:tcPr>
          <w:p w14:paraId="5AB2CE6E" w14:textId="77777777" w:rsidR="002D6BCC" w:rsidRPr="00F3598E" w:rsidRDefault="002D6BCC" w:rsidP="0086358F">
            <w:pPr>
              <w:jc w:val="center"/>
              <w:rPr>
                <w:rFonts w:cs="Times New Roman"/>
                <w:b/>
                <w:bCs/>
                <w:lang w:val="sv-SE"/>
              </w:rPr>
            </w:pPr>
            <w:r w:rsidRPr="00F3598E">
              <w:rPr>
                <w:rFonts w:cs="Times New Roman"/>
                <w:b/>
                <w:bCs/>
                <w:lang w:val="sv-SE"/>
              </w:rPr>
              <w:t>Nama</w:t>
            </w:r>
          </w:p>
        </w:tc>
        <w:tc>
          <w:tcPr>
            <w:tcW w:w="4485" w:type="dxa"/>
          </w:tcPr>
          <w:p w14:paraId="18A63911" w14:textId="77777777" w:rsidR="002D6BCC" w:rsidRPr="00F3598E" w:rsidRDefault="002D6BCC" w:rsidP="0086358F">
            <w:pPr>
              <w:jc w:val="center"/>
              <w:rPr>
                <w:rFonts w:cs="Times New Roman"/>
                <w:b/>
                <w:bCs/>
                <w:lang w:val="sv-SE"/>
              </w:rPr>
            </w:pPr>
            <w:r w:rsidRPr="00F3598E">
              <w:rPr>
                <w:rFonts w:cs="Times New Roman"/>
                <w:b/>
                <w:bCs/>
                <w:lang w:val="sv-SE"/>
              </w:rPr>
              <w:t>NIM</w:t>
            </w:r>
          </w:p>
        </w:tc>
      </w:tr>
      <w:tr w:rsidR="002D6BCC" w14:paraId="1867503C" w14:textId="77777777" w:rsidTr="002D6BCC">
        <w:tc>
          <w:tcPr>
            <w:tcW w:w="454" w:type="dxa"/>
          </w:tcPr>
          <w:p w14:paraId="4C45807A" w14:textId="77777777" w:rsidR="002D6BCC" w:rsidRPr="004D5C37" w:rsidRDefault="002D6BCC" w:rsidP="0086358F">
            <w:pPr>
              <w:jc w:val="center"/>
              <w:rPr>
                <w:rFonts w:cs="Times New Roman"/>
                <w:lang w:val="sv-SE"/>
              </w:rPr>
            </w:pPr>
            <w:r w:rsidRPr="004D5C37">
              <w:rPr>
                <w:rFonts w:cs="Times New Roman"/>
                <w:lang w:val="sv-SE"/>
              </w:rPr>
              <w:t>1</w:t>
            </w:r>
          </w:p>
        </w:tc>
        <w:tc>
          <w:tcPr>
            <w:tcW w:w="3969" w:type="dxa"/>
          </w:tcPr>
          <w:p w14:paraId="215EB27F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48F27460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</w:tr>
      <w:tr w:rsidR="002D6BCC" w14:paraId="0CCACFED" w14:textId="77777777" w:rsidTr="002D6BCC">
        <w:tc>
          <w:tcPr>
            <w:tcW w:w="454" w:type="dxa"/>
          </w:tcPr>
          <w:p w14:paraId="4E7DBA9A" w14:textId="77777777" w:rsidR="002D6BCC" w:rsidRPr="004D5C37" w:rsidRDefault="002D6BCC" w:rsidP="0086358F">
            <w:pPr>
              <w:jc w:val="center"/>
              <w:rPr>
                <w:rFonts w:cs="Times New Roman"/>
                <w:lang w:val="sv-SE"/>
              </w:rPr>
            </w:pPr>
            <w:r w:rsidRPr="004D5C37">
              <w:rPr>
                <w:rFonts w:cs="Times New Roman"/>
                <w:lang w:val="sv-SE"/>
              </w:rPr>
              <w:t>2</w:t>
            </w:r>
          </w:p>
        </w:tc>
        <w:tc>
          <w:tcPr>
            <w:tcW w:w="3969" w:type="dxa"/>
          </w:tcPr>
          <w:p w14:paraId="486C979D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09012A92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</w:tr>
      <w:tr w:rsidR="002D6BCC" w14:paraId="597283FE" w14:textId="77777777" w:rsidTr="002D6BCC">
        <w:tc>
          <w:tcPr>
            <w:tcW w:w="454" w:type="dxa"/>
          </w:tcPr>
          <w:p w14:paraId="5B976301" w14:textId="77777777" w:rsidR="002D6BCC" w:rsidRPr="004D5C37" w:rsidRDefault="002D6BCC" w:rsidP="0086358F">
            <w:pPr>
              <w:jc w:val="center"/>
              <w:rPr>
                <w:rFonts w:cs="Times New Roman"/>
                <w:lang w:val="sv-SE"/>
              </w:rPr>
            </w:pPr>
            <w:r w:rsidRPr="004D5C37">
              <w:rPr>
                <w:rFonts w:cs="Times New Roman"/>
                <w:lang w:val="sv-SE"/>
              </w:rPr>
              <w:t>3</w:t>
            </w:r>
          </w:p>
        </w:tc>
        <w:tc>
          <w:tcPr>
            <w:tcW w:w="3969" w:type="dxa"/>
          </w:tcPr>
          <w:p w14:paraId="59BE0823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6A4AFA55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</w:tr>
      <w:tr w:rsidR="002D6BCC" w14:paraId="4E900F3B" w14:textId="77777777" w:rsidTr="002D6BCC">
        <w:tc>
          <w:tcPr>
            <w:tcW w:w="454" w:type="dxa"/>
          </w:tcPr>
          <w:p w14:paraId="193E7D72" w14:textId="77777777" w:rsidR="002D6BCC" w:rsidRPr="004D5C37" w:rsidRDefault="002D6BCC" w:rsidP="0086358F">
            <w:pPr>
              <w:jc w:val="center"/>
              <w:rPr>
                <w:rFonts w:cs="Times New Roman"/>
                <w:lang w:val="sv-SE"/>
              </w:rPr>
            </w:pPr>
            <w:r w:rsidRPr="004D5C37">
              <w:rPr>
                <w:rFonts w:cs="Times New Roman"/>
                <w:lang w:val="sv-SE"/>
              </w:rPr>
              <w:t>4</w:t>
            </w:r>
          </w:p>
        </w:tc>
        <w:tc>
          <w:tcPr>
            <w:tcW w:w="3969" w:type="dxa"/>
          </w:tcPr>
          <w:p w14:paraId="0D5F2D8C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17631101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</w:tr>
      <w:tr w:rsidR="002D6BCC" w14:paraId="0B689E8E" w14:textId="77777777" w:rsidTr="002D6BCC">
        <w:tc>
          <w:tcPr>
            <w:tcW w:w="454" w:type="dxa"/>
          </w:tcPr>
          <w:p w14:paraId="07A5294C" w14:textId="77777777" w:rsidR="002D6BCC" w:rsidRPr="004D5C37" w:rsidRDefault="002D6BCC" w:rsidP="0086358F">
            <w:pPr>
              <w:jc w:val="center"/>
              <w:rPr>
                <w:rFonts w:cs="Times New Roman"/>
                <w:lang w:val="sv-SE"/>
              </w:rPr>
            </w:pPr>
            <w:r w:rsidRPr="004D5C37">
              <w:rPr>
                <w:rFonts w:cs="Times New Roman"/>
                <w:lang w:val="sv-SE"/>
              </w:rPr>
              <w:t>5</w:t>
            </w:r>
          </w:p>
        </w:tc>
        <w:tc>
          <w:tcPr>
            <w:tcW w:w="3969" w:type="dxa"/>
          </w:tcPr>
          <w:p w14:paraId="662DFA6F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0CED6C83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</w:tr>
      <w:tr w:rsidR="002D6BCC" w14:paraId="6EC802FE" w14:textId="77777777" w:rsidTr="002D6BCC">
        <w:tc>
          <w:tcPr>
            <w:tcW w:w="454" w:type="dxa"/>
          </w:tcPr>
          <w:p w14:paraId="47977392" w14:textId="77777777" w:rsidR="002D6BCC" w:rsidRPr="004D5C37" w:rsidRDefault="002D6BCC" w:rsidP="0086358F">
            <w:pPr>
              <w:jc w:val="center"/>
              <w:rPr>
                <w:rFonts w:cs="Times New Roman"/>
                <w:lang w:val="sv-SE"/>
              </w:rPr>
            </w:pPr>
            <w:r w:rsidRPr="004D5C37">
              <w:rPr>
                <w:rFonts w:cs="Times New Roman"/>
                <w:lang w:val="sv-SE"/>
              </w:rPr>
              <w:t>6</w:t>
            </w:r>
          </w:p>
        </w:tc>
        <w:tc>
          <w:tcPr>
            <w:tcW w:w="3969" w:type="dxa"/>
          </w:tcPr>
          <w:p w14:paraId="1839748B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6F38BD6D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</w:tr>
      <w:tr w:rsidR="002D6BCC" w14:paraId="6601A5D1" w14:textId="77777777" w:rsidTr="002D6BCC">
        <w:tc>
          <w:tcPr>
            <w:tcW w:w="454" w:type="dxa"/>
          </w:tcPr>
          <w:p w14:paraId="0A27C8FB" w14:textId="77777777" w:rsidR="002D6BCC" w:rsidRPr="004D5C37" w:rsidRDefault="002D6BCC" w:rsidP="0086358F">
            <w:pPr>
              <w:jc w:val="center"/>
              <w:rPr>
                <w:rFonts w:cs="Times New Roman"/>
                <w:lang w:val="sv-SE"/>
              </w:rPr>
            </w:pPr>
            <w:r w:rsidRPr="004D5C37">
              <w:rPr>
                <w:rFonts w:cs="Times New Roman"/>
                <w:lang w:val="sv-SE"/>
              </w:rPr>
              <w:t>7</w:t>
            </w:r>
          </w:p>
        </w:tc>
        <w:tc>
          <w:tcPr>
            <w:tcW w:w="3969" w:type="dxa"/>
          </w:tcPr>
          <w:p w14:paraId="3355FEA8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051732B9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</w:tr>
      <w:tr w:rsidR="002D6BCC" w14:paraId="5B8AAD41" w14:textId="77777777" w:rsidTr="002D6BCC">
        <w:tc>
          <w:tcPr>
            <w:tcW w:w="454" w:type="dxa"/>
          </w:tcPr>
          <w:p w14:paraId="68432F1F" w14:textId="77777777" w:rsidR="002D6BCC" w:rsidRPr="004D5C37" w:rsidRDefault="002D6BCC" w:rsidP="0086358F">
            <w:pPr>
              <w:jc w:val="center"/>
              <w:rPr>
                <w:rFonts w:cs="Times New Roman"/>
                <w:lang w:val="sv-SE"/>
              </w:rPr>
            </w:pPr>
            <w:r w:rsidRPr="004D5C37">
              <w:rPr>
                <w:rFonts w:cs="Times New Roman"/>
                <w:lang w:val="sv-SE"/>
              </w:rPr>
              <w:t>8</w:t>
            </w:r>
          </w:p>
        </w:tc>
        <w:tc>
          <w:tcPr>
            <w:tcW w:w="3969" w:type="dxa"/>
          </w:tcPr>
          <w:p w14:paraId="74739D30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12622DFB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</w:tr>
      <w:tr w:rsidR="002D6BCC" w14:paraId="46971241" w14:textId="77777777" w:rsidTr="002D6BCC">
        <w:tc>
          <w:tcPr>
            <w:tcW w:w="454" w:type="dxa"/>
          </w:tcPr>
          <w:p w14:paraId="722583DB" w14:textId="77777777" w:rsidR="002D6BCC" w:rsidRPr="004D5C37" w:rsidRDefault="002D6BCC" w:rsidP="0086358F">
            <w:pPr>
              <w:jc w:val="center"/>
              <w:rPr>
                <w:rFonts w:cs="Times New Roman"/>
                <w:lang w:val="sv-SE"/>
              </w:rPr>
            </w:pPr>
            <w:r w:rsidRPr="004D5C37">
              <w:rPr>
                <w:rFonts w:cs="Times New Roman"/>
                <w:lang w:val="sv-SE"/>
              </w:rPr>
              <w:t>9</w:t>
            </w:r>
          </w:p>
        </w:tc>
        <w:tc>
          <w:tcPr>
            <w:tcW w:w="3969" w:type="dxa"/>
          </w:tcPr>
          <w:p w14:paraId="24406252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55089DB5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</w:tr>
      <w:tr w:rsidR="002D6BCC" w14:paraId="4BF868E9" w14:textId="77777777" w:rsidTr="002D6BCC">
        <w:tc>
          <w:tcPr>
            <w:tcW w:w="454" w:type="dxa"/>
          </w:tcPr>
          <w:p w14:paraId="2CA417DD" w14:textId="77777777" w:rsidR="002D6BCC" w:rsidRPr="004D5C37" w:rsidRDefault="002D6BCC" w:rsidP="0086358F">
            <w:pPr>
              <w:jc w:val="center"/>
              <w:rPr>
                <w:rFonts w:cs="Times New Roman"/>
                <w:lang w:val="sv-SE"/>
              </w:rPr>
            </w:pPr>
            <w:r w:rsidRPr="004D5C37">
              <w:rPr>
                <w:rFonts w:cs="Times New Roman"/>
                <w:lang w:val="sv-SE"/>
              </w:rPr>
              <w:t>10</w:t>
            </w:r>
          </w:p>
        </w:tc>
        <w:tc>
          <w:tcPr>
            <w:tcW w:w="3969" w:type="dxa"/>
          </w:tcPr>
          <w:p w14:paraId="2E34415E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25BC82F3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</w:tr>
      <w:tr w:rsidR="002D6BCC" w14:paraId="6FE341C3" w14:textId="77777777" w:rsidTr="002D6BCC">
        <w:tc>
          <w:tcPr>
            <w:tcW w:w="454" w:type="dxa"/>
          </w:tcPr>
          <w:p w14:paraId="13DD9B2C" w14:textId="77777777" w:rsidR="002D6BCC" w:rsidRPr="004D5C37" w:rsidRDefault="002D6BCC" w:rsidP="0086358F">
            <w:pPr>
              <w:jc w:val="center"/>
              <w:rPr>
                <w:rFonts w:cs="Times New Roman"/>
                <w:lang w:val="sv-SE"/>
              </w:rPr>
            </w:pPr>
            <w:r w:rsidRPr="004D5C37">
              <w:rPr>
                <w:rFonts w:cs="Times New Roman"/>
                <w:lang w:val="sv-SE"/>
              </w:rPr>
              <w:t>11</w:t>
            </w:r>
          </w:p>
        </w:tc>
        <w:tc>
          <w:tcPr>
            <w:tcW w:w="3969" w:type="dxa"/>
          </w:tcPr>
          <w:p w14:paraId="3796A95F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29EC78CE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</w:tr>
      <w:tr w:rsidR="002D6BCC" w14:paraId="59C0A644" w14:textId="77777777" w:rsidTr="002D6BCC">
        <w:tc>
          <w:tcPr>
            <w:tcW w:w="454" w:type="dxa"/>
          </w:tcPr>
          <w:p w14:paraId="7C5EC841" w14:textId="77777777" w:rsidR="002D6BCC" w:rsidRPr="004D5C37" w:rsidRDefault="002D6BCC" w:rsidP="0086358F">
            <w:pPr>
              <w:jc w:val="center"/>
              <w:rPr>
                <w:rFonts w:cs="Times New Roman"/>
                <w:lang w:val="sv-SE"/>
              </w:rPr>
            </w:pPr>
            <w:r w:rsidRPr="004D5C37">
              <w:rPr>
                <w:rFonts w:cs="Times New Roman"/>
                <w:lang w:val="sv-SE"/>
              </w:rPr>
              <w:t>12</w:t>
            </w:r>
          </w:p>
        </w:tc>
        <w:tc>
          <w:tcPr>
            <w:tcW w:w="3969" w:type="dxa"/>
          </w:tcPr>
          <w:p w14:paraId="5B354D8A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  <w:tc>
          <w:tcPr>
            <w:tcW w:w="4485" w:type="dxa"/>
          </w:tcPr>
          <w:p w14:paraId="26EC7E93" w14:textId="77777777" w:rsidR="002D6BCC" w:rsidRDefault="002D6BCC" w:rsidP="0086358F">
            <w:pPr>
              <w:rPr>
                <w:rFonts w:cs="Times New Roman"/>
                <w:i/>
                <w:iCs/>
                <w:lang w:val="sv-SE"/>
              </w:rPr>
            </w:pPr>
          </w:p>
        </w:tc>
      </w:tr>
    </w:tbl>
    <w:p w14:paraId="4EB768E0" w14:textId="77777777" w:rsidR="002D6BCC" w:rsidRDefault="002D6BCC" w:rsidP="002D6BCC">
      <w:pPr>
        <w:rPr>
          <w:rFonts w:cs="Times New Roman"/>
          <w:i/>
          <w:iCs/>
          <w:lang w:val="sv-SE"/>
        </w:rPr>
      </w:pPr>
    </w:p>
    <w:p w14:paraId="6D3F41F9" w14:textId="77777777" w:rsidR="002D6BCC" w:rsidRDefault="002D6BCC" w:rsidP="002D6BCC">
      <w:pPr>
        <w:jc w:val="both"/>
        <w:rPr>
          <w:rFonts w:cs="Times New Roman"/>
          <w:lang w:val="sv-SE"/>
        </w:rPr>
      </w:pPr>
      <w:r>
        <w:rPr>
          <w:rFonts w:cs="Times New Roman"/>
          <w:lang w:val="sv-SE"/>
        </w:rPr>
        <w:t xml:space="preserve">Petunjuk Pengisian : </w:t>
      </w:r>
    </w:p>
    <w:p w14:paraId="2ED2DD2D" w14:textId="77777777" w:rsidR="002D6BCC" w:rsidRDefault="002D6BCC" w:rsidP="002D6BCC">
      <w:pPr>
        <w:pStyle w:val="ListParagraph"/>
        <w:numPr>
          <w:ilvl w:val="0"/>
          <w:numId w:val="11"/>
        </w:numPr>
        <w:jc w:val="both"/>
        <w:rPr>
          <w:rFonts w:cs="Times New Roman"/>
          <w:lang w:val="sv-SE"/>
        </w:rPr>
      </w:pPr>
      <w:r>
        <w:rPr>
          <w:rFonts w:cs="Times New Roman"/>
          <w:lang w:val="sv-SE"/>
        </w:rPr>
        <w:t xml:space="preserve">Font Berwarna merah wajib di sesuaikan </w:t>
      </w:r>
    </w:p>
    <w:p w14:paraId="589A68B7" w14:textId="77777777" w:rsidR="002D6BCC" w:rsidRDefault="002D6BCC" w:rsidP="002D6BCC">
      <w:pPr>
        <w:pStyle w:val="ListParagraph"/>
        <w:numPr>
          <w:ilvl w:val="0"/>
          <w:numId w:val="11"/>
        </w:numPr>
        <w:jc w:val="both"/>
        <w:rPr>
          <w:rFonts w:cs="Times New Roman"/>
          <w:lang w:val="sv-SE"/>
        </w:rPr>
      </w:pPr>
      <w:r>
        <w:rPr>
          <w:rFonts w:cs="Times New Roman"/>
          <w:lang w:val="sv-SE"/>
        </w:rPr>
        <w:t xml:space="preserve">Di Print dengan ukuran kertas F4 </w:t>
      </w:r>
    </w:p>
    <w:p w14:paraId="7BE02814" w14:textId="7B146603" w:rsidR="00C101AA" w:rsidRPr="002D6BCC" w:rsidRDefault="002D6BCC" w:rsidP="002D6BCC">
      <w:pPr>
        <w:pStyle w:val="ListParagraph"/>
        <w:numPr>
          <w:ilvl w:val="0"/>
          <w:numId w:val="11"/>
        </w:numPr>
        <w:jc w:val="both"/>
        <w:rPr>
          <w:rFonts w:cs="Times New Roman"/>
          <w:lang w:val="sv-SE"/>
        </w:rPr>
      </w:pPr>
      <w:r w:rsidRPr="002D6BCC">
        <w:rPr>
          <w:rFonts w:cs="Times New Roman"/>
          <w:lang w:val="sv-SE"/>
        </w:rPr>
        <w:t>Font berwarna merah yang sudah dirubah wajib dirubah menjadi warna hitam</w:t>
      </w:r>
    </w:p>
    <w:sectPr w:rsidR="00C101AA" w:rsidRPr="002D6BCC" w:rsidSect="00034616">
      <w:headerReference w:type="default" r:id="rId8"/>
      <w:pgSz w:w="12240" w:h="15840"/>
      <w:pgMar w:top="907" w:right="1247" w:bottom="964" w:left="1417" w:header="283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8D5C9" w14:textId="77777777" w:rsidR="001B22C1" w:rsidRDefault="001B22C1" w:rsidP="00F35141">
      <w:r>
        <w:separator/>
      </w:r>
    </w:p>
  </w:endnote>
  <w:endnote w:type="continuationSeparator" w:id="0">
    <w:p w14:paraId="1BDAC67C" w14:textId="77777777" w:rsidR="001B22C1" w:rsidRDefault="001B22C1" w:rsidP="00F3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2ADF0" w14:textId="77777777" w:rsidR="001B22C1" w:rsidRDefault="001B22C1" w:rsidP="00F35141">
      <w:r>
        <w:separator/>
      </w:r>
    </w:p>
  </w:footnote>
  <w:footnote w:type="continuationSeparator" w:id="0">
    <w:p w14:paraId="2FE5338B" w14:textId="77777777" w:rsidR="001B22C1" w:rsidRDefault="001B22C1" w:rsidP="00F35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8CC5" w14:textId="09C7666C" w:rsidR="00F35141" w:rsidRDefault="00F3514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B0E2B3" wp14:editId="51597340">
          <wp:simplePos x="0" y="0"/>
          <wp:positionH relativeFrom="column">
            <wp:posOffset>-109220</wp:posOffset>
          </wp:positionH>
          <wp:positionV relativeFrom="paragraph">
            <wp:posOffset>-158967</wp:posOffset>
          </wp:positionV>
          <wp:extent cx="6519545" cy="9970607"/>
          <wp:effectExtent l="0" t="0" r="0" b="0"/>
          <wp:wrapNone/>
          <wp:docPr id="16590158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015821" name="Picture 16590158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2407" cy="99902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28D6E91"/>
    <w:multiLevelType w:val="hybridMultilevel"/>
    <w:tmpl w:val="2CECDF1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56177"/>
    <w:multiLevelType w:val="hybridMultilevel"/>
    <w:tmpl w:val="E5BE590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F55"/>
    <w:rsid w:val="0006063C"/>
    <w:rsid w:val="0015074B"/>
    <w:rsid w:val="001B22C1"/>
    <w:rsid w:val="0029639D"/>
    <w:rsid w:val="002D6BCC"/>
    <w:rsid w:val="00326F90"/>
    <w:rsid w:val="004F5F24"/>
    <w:rsid w:val="0089636E"/>
    <w:rsid w:val="009E6DE9"/>
    <w:rsid w:val="00AA1D8D"/>
    <w:rsid w:val="00B47730"/>
    <w:rsid w:val="00C101AA"/>
    <w:rsid w:val="00C973B4"/>
    <w:rsid w:val="00CB0664"/>
    <w:rsid w:val="00F203B9"/>
    <w:rsid w:val="00F35141"/>
    <w:rsid w:val="00F952F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86E0ED"/>
  <w14:defaultImageDpi w14:val="300"/>
  <w15:docId w15:val="{20D828FF-A9F2-4D20-AAE2-C67C9FACC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Mohammad Faizal Amir</cp:lastModifiedBy>
  <cp:revision>5</cp:revision>
  <dcterms:created xsi:type="dcterms:W3CDTF">2026-08-20T05:06:00Z</dcterms:created>
  <dcterms:modified xsi:type="dcterms:W3CDTF">2026-08-20T05:56:00Z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d187dcb3-fc3e-4144-89fb-9a94e4c7706c</vt:lpwstr>
  </property>
</Properties>
</file>